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9.0 -->
  <w:body>
    <w:tbl>
      <w:tblPr>
        <w:bidiVisual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3672"/>
        <w:gridCol w:w="3240"/>
        <w:gridCol w:w="3917"/>
      </w:tblGrid>
      <w:tr w14:paraId="07ABCBCF" w14:textId="77777777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3672" w:type="dxa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P="00AC2654" w14:paraId="459EEBE0" w14:textId="77777777">
            <w:pPr>
              <w:bidi/>
              <w:spacing w:after="0" w:line="360" w:lineRule="exact"/>
            </w:pPr>
            <w:r>
              <w:rPr>
                <w:rFonts w:cs="Arial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:rsidR="00ED12FA" w:rsidP="00AC2654" w14:paraId="7CCBC3D7" w14:textId="77777777">
            <w:pPr>
              <w:bidi/>
              <w:spacing w:after="0" w:line="360" w:lineRule="exact"/>
            </w:pPr>
            <w:r>
              <w:rPr>
                <w:rFonts w:cs="Arial"/>
                <w:b/>
                <w:bCs/>
                <w:sz w:val="24"/>
                <w:szCs w:val="24"/>
                <w:rtl/>
              </w:rPr>
              <w:t>وزارة التعليم</w:t>
            </w:r>
          </w:p>
          <w:p w:rsidR="00ED12FA" w:rsidP="00AC2654" w14:paraId="30251CA5" w14:textId="77777777">
            <w:pPr>
              <w:bidi/>
              <w:spacing w:after="0" w:line="340" w:lineRule="exact"/>
            </w:pPr>
            <w:r w:rsidRPr="00AC2654">
              <w:rPr>
                <w:rFonts w:cs="Arial"/>
                <w:b/>
                <w:bCs/>
                <w:sz w:val="24"/>
                <w:szCs w:val="24"/>
                <w:rtl/>
              </w:rPr>
              <w:t>إدارة</w:t>
            </w:r>
            <w:r w:rsidRPr="00AC2654">
              <w:rPr>
                <w:rFonts w:cs="Arial"/>
                <w:sz w:val="24"/>
                <w:szCs w:val="24"/>
                <w:rtl/>
              </w:rPr>
              <w:t xml:space="preserve"> </w:t>
            </w:r>
            <w:r w:rsidRPr="00AC2654">
              <w:rPr>
                <w:rFonts w:cs="Arial"/>
                <w:b/>
                <w:bCs/>
                <w:sz w:val="24"/>
                <w:szCs w:val="24"/>
                <w:rtl/>
              </w:rPr>
              <w:t>تعليم</w:t>
            </w:r>
            <w:r>
              <w:rPr>
                <w:rFonts w:cs="Arial"/>
                <w:rtl/>
              </w:rPr>
              <w:t>: ........................</w:t>
            </w:r>
          </w:p>
          <w:p w:rsidR="00ED12FA" w:rsidP="00AC2654" w14:paraId="1AC8C46E" w14:textId="77777777">
            <w:pPr>
              <w:bidi/>
              <w:spacing w:after="0" w:line="340" w:lineRule="exact"/>
            </w:pPr>
            <w:r w:rsidRPr="00AC2654">
              <w:rPr>
                <w:rFonts w:cs="Arial"/>
                <w:b/>
                <w:bCs/>
                <w:sz w:val="24"/>
                <w:szCs w:val="24"/>
                <w:rtl/>
              </w:rPr>
              <w:t>مدرسة</w:t>
            </w:r>
            <w:r>
              <w:rPr>
                <w:rFonts w:cs="Arial"/>
                <w:rtl/>
              </w:rPr>
              <w:t>: ..............................</w:t>
            </w:r>
          </w:p>
        </w:tc>
        <w:tc>
          <w:tcPr>
            <w:tcW w:w="3240" w:type="dxa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14:paraId="464F6E20" w14:textId="262F33AA">
            <w:pPr>
              <w:bidi/>
              <w:spacing w:after="0" w:line="400" w:lineRule="exact"/>
              <w:jc w:val="center"/>
            </w:pPr>
          </w:p>
        </w:tc>
        <w:tc>
          <w:tcPr>
            <w:tcW w:w="3917" w:type="dxa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14:paraId="7040A713" w14:textId="77777777">
            <w:pPr>
              <w:bidi/>
              <w:spacing w:after="0" w:line="340" w:lineRule="exact"/>
              <w:rPr>
                <w:sz w:val="24"/>
                <w:szCs w:val="24"/>
              </w:rPr>
            </w:pPr>
            <w:r w:rsidRPr="00AC2654">
              <w:rPr>
                <w:rFonts w:cs="Arial"/>
                <w:b/>
                <w:bCs/>
                <w:sz w:val="24"/>
                <w:szCs w:val="24"/>
                <w:rtl/>
              </w:rPr>
              <w:t>المادة:  المهارات الحياتية والأسرية</w:t>
            </w:r>
          </w:p>
          <w:p w:rsidR="00ED12FA" w:rsidRPr="00AC2654" w14:paraId="7B5681DA" w14:textId="77777777">
            <w:pPr>
              <w:bidi/>
              <w:spacing w:after="0" w:line="340" w:lineRule="exact"/>
              <w:rPr>
                <w:sz w:val="24"/>
                <w:szCs w:val="24"/>
              </w:rPr>
            </w:pPr>
            <w:r w:rsidRPr="00AC2654">
              <w:rPr>
                <w:rFonts w:cs="Arial"/>
                <w:b/>
                <w:bCs/>
                <w:sz w:val="24"/>
                <w:szCs w:val="24"/>
                <w:rtl/>
              </w:rPr>
              <w:t>الاختبار:  الفترة الأولى</w:t>
            </w:r>
          </w:p>
          <w:p w:rsidR="00ED12FA" w:rsidRPr="00AC2654" w14:paraId="40C0956F" w14:textId="77777777">
            <w:pPr>
              <w:bidi/>
              <w:spacing w:after="0" w:line="340" w:lineRule="exact"/>
              <w:rPr>
                <w:sz w:val="24"/>
                <w:szCs w:val="24"/>
              </w:rPr>
            </w:pPr>
            <w:r w:rsidRPr="00AC2654">
              <w:rPr>
                <w:rFonts w:cs="Arial"/>
                <w:b/>
                <w:bCs/>
                <w:sz w:val="24"/>
                <w:szCs w:val="24"/>
                <w:rtl/>
              </w:rPr>
              <w:t>الصف:  الرابع</w:t>
            </w:r>
          </w:p>
          <w:p w:rsidR="00ED12FA" w14:paraId="3731AC4D" w14:textId="77777777">
            <w:pPr>
              <w:bidi/>
              <w:spacing w:after="0" w:line="340" w:lineRule="exact"/>
            </w:pPr>
            <w:r w:rsidRPr="00AC2654">
              <w:rPr>
                <w:rFonts w:cs="Arial"/>
                <w:b/>
                <w:bCs/>
                <w:sz w:val="24"/>
                <w:szCs w:val="24"/>
                <w:rtl/>
              </w:rPr>
              <w:t>العام الدراسي:  ١٤٤٨هـ</w:t>
            </w:r>
          </w:p>
        </w:tc>
      </w:tr>
    </w:tbl>
    <w:p w:rsidR="00ED12FA" w14:paraId="64B682C3" w14:textId="77777777">
      <w:pPr>
        <w:spacing w:line="80" w:lineRule="exact"/>
      </w:pPr>
    </w:p>
    <w:tbl>
      <w:tblPr>
        <w:bidiVisual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1830"/>
        <w:gridCol w:w="7602"/>
        <w:gridCol w:w="1397"/>
      </w:tblGrid>
      <w:tr w14:paraId="1C8F208D" w14:textId="77777777" w:rsidTr="00AC2654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1830" w:type="dxa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14:paraId="48C36661" w14:textId="227E20DD">
            <w:pPr>
              <w:bidi/>
              <w:spacing w:after="0" w:line="400" w:lineRule="exact"/>
              <w:jc w:val="center"/>
              <w:rPr>
                <w:sz w:val="32"/>
                <w:szCs w:val="32"/>
              </w:rPr>
            </w:pPr>
            <w:r w:rsidRPr="00AC2654">
              <w:rPr>
                <w:rFonts w:cs="Arial"/>
                <w:b/>
                <w:bCs/>
                <w:sz w:val="32"/>
                <w:szCs w:val="32"/>
                <w:rtl/>
              </w:rPr>
              <w:t>اسم الطالب</w:t>
            </w:r>
            <w:r w:rsidRPr="00AC2654" w:rsidR="00AC2654">
              <w:rPr>
                <w:rFonts w:cs="Arial" w:hint="cs"/>
                <w:b/>
                <w:bCs/>
                <w:sz w:val="32"/>
                <w:szCs w:val="32"/>
                <w:rtl/>
              </w:rPr>
              <w:t>/ــة</w:t>
            </w:r>
          </w:p>
        </w:tc>
        <w:tc>
          <w:tcPr>
            <w:tcW w:w="7602" w:type="dxa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14:paraId="0B3B7487" w14:textId="4748480D">
            <w:pPr>
              <w:bidi/>
              <w:spacing w:after="0" w:line="400" w:lineRule="exact"/>
              <w:jc w:val="center"/>
            </w:pPr>
            <w:r>
              <w:rPr>
                <w:rFonts w:cs="Arial"/>
                <w:sz w:val="24"/>
                <w:szCs w:val="24"/>
                <w:rtl/>
              </w:rPr>
              <w:t>...................</w:t>
            </w:r>
            <w:r w:rsidR="00AC2654">
              <w:rPr>
                <w:rFonts w:cs="Arial" w:hint="cs"/>
                <w:sz w:val="24"/>
                <w:szCs w:val="24"/>
                <w:rtl/>
              </w:rPr>
              <w:t>...............................</w:t>
            </w:r>
            <w:r>
              <w:rPr>
                <w:rFonts w:cs="Arial"/>
                <w:sz w:val="24"/>
                <w:szCs w:val="24"/>
                <w:rtl/>
              </w:rPr>
              <w:t>.............................................................</w:t>
            </w:r>
          </w:p>
        </w:tc>
        <w:tc>
          <w:tcPr>
            <w:tcW w:w="1397" w:type="dxa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AC2654" w14:paraId="2DECBE60" w14:textId="37D1A038">
            <w:pPr>
              <w:bidi/>
              <w:spacing w:after="0" w:line="400" w:lineRule="exact"/>
              <w:jc w:val="center"/>
              <w:rPr>
                <w:rFonts w:cs="Arial"/>
                <w:b/>
                <w:bCs/>
                <w:sz w:val="26"/>
                <w:szCs w:val="26"/>
                <w:rtl/>
              </w:rPr>
            </w:pPr>
            <w:r>
              <w:rPr>
                <w:rFonts w:cs="Arial"/>
                <w:b/>
                <w:bCs/>
                <w:noProof/>
                <w:sz w:val="26"/>
                <w:szCs w:val="2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193675</wp:posOffset>
                      </wp:positionV>
                      <wp:extent cx="792000" cy="0"/>
                      <wp:effectExtent l="57150" t="38100" r="65405" b="95250"/>
                      <wp:wrapNone/>
                      <wp:docPr id="1" name="رابط مستقي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>
                                <a:off x="0" y="0"/>
                                <a:ext cx="792000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رابط مستقيم 1" o:spid="_x0000_s1025" style="flip:x;mso-width-percent:0;mso-width-relative:margin;mso-wrap-distance-bottom:0;mso-wrap-distance-left:9pt;mso-wrap-distance-right:9pt;mso-wrap-distance-top:0;mso-wrap-style:square;position:absolute;visibility:visible;z-index:251659264" from="0.95pt,15.25pt" to="63.3pt,15.25pt" strokecolor="black">
                      <v:shadow on="t" color="black" opacity="24903f" origin=",0.5" offset="0,1.57pt"/>
                    </v:line>
                  </w:pict>
                </mc:Fallback>
              </mc:AlternateContent>
            </w:r>
          </w:p>
          <w:p w:rsidR="00ED12FA" w:rsidP="00AC2654" w14:paraId="02F217FE" w14:textId="3B00EF65">
            <w:pPr>
              <w:bidi/>
              <w:spacing w:after="0" w:line="400" w:lineRule="exact"/>
              <w:jc w:val="center"/>
            </w:pPr>
            <w:r>
              <w:rPr>
                <w:rFonts w:cs="Arial"/>
                <w:b/>
                <w:bCs/>
                <w:sz w:val="26"/>
                <w:szCs w:val="26"/>
                <w:rtl/>
              </w:rPr>
              <w:t>٢٠</w:t>
            </w:r>
          </w:p>
        </w:tc>
      </w:tr>
    </w:tbl>
    <w:p w:rsidR="00ED12FA" w14:paraId="39E07A52" w14:textId="77777777">
      <w:pPr>
        <w:spacing w:line="80" w:lineRule="exact"/>
      </w:pPr>
    </w:p>
    <w:tbl>
      <w:tblPr>
        <w:bidiVisual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1584"/>
        <w:gridCol w:w="72"/>
        <w:gridCol w:w="3010"/>
        <w:gridCol w:w="3082"/>
        <w:gridCol w:w="1497"/>
        <w:gridCol w:w="29"/>
        <w:gridCol w:w="1556"/>
      </w:tblGrid>
      <w:tr w14:paraId="1C10D6D1" w14:textId="77777777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9274" w:type="dxa"/>
            <w:gridSpan w:val="6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73C17600" w14:textId="77777777">
            <w:pPr>
              <w:bidi/>
              <w:spacing w:after="0" w:line="380" w:lineRule="exact"/>
              <w:rPr>
                <w:sz w:val="32"/>
                <w:szCs w:val="32"/>
              </w:rPr>
            </w:pPr>
            <w:r w:rsidRPr="00AC2654">
              <w:rPr>
                <w:rFonts w:cs="Arial"/>
                <w:b/>
                <w:bCs/>
                <w:sz w:val="32"/>
                <w:szCs w:val="32"/>
                <w:rtl/>
              </w:rPr>
              <w:t>السؤال الأول: اختر الإجابة الصحيحة من بين البدائل التالية:</w:t>
            </w:r>
          </w:p>
        </w:tc>
        <w:tc>
          <w:tcPr>
            <w:tcW w:w="1555" w:type="dxa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14:paraId="5FD8D283" w14:textId="77777777">
            <w:pPr>
              <w:bidi/>
              <w:spacing w:after="0" w:line="380" w:lineRule="exact"/>
              <w:jc w:val="center"/>
            </w:pPr>
            <w:r>
              <w:rPr>
                <w:rFonts w:cs="Arial"/>
                <w:b/>
                <w:bCs/>
                <w:sz w:val="24"/>
                <w:szCs w:val="24"/>
                <w:rtl/>
              </w:rPr>
              <w:t>١٠</w:t>
            </w:r>
          </w:p>
        </w:tc>
      </w:tr>
      <w:tr w14:paraId="5B91B5CA" w14:textId="77777777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1584" w:type="dxa"/>
            <w:vMerge w:val="restart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14:paraId="4D0DC0A1" w14:textId="77777777">
            <w:pPr>
              <w:bidi/>
              <w:spacing w:after="0" w:line="380" w:lineRule="exact"/>
              <w:jc w:val="center"/>
              <w:rPr>
                <w:sz w:val="28"/>
                <w:szCs w:val="28"/>
              </w:rPr>
            </w:pPr>
            <w:r w:rsidRPr="00AC2654">
              <w:rPr>
                <w:rFonts w:cs="Arial"/>
                <w:b/>
                <w:bCs/>
                <w:sz w:val="28"/>
                <w:szCs w:val="28"/>
                <w:rtl/>
              </w:rPr>
              <w:t>١</w:t>
            </w:r>
          </w:p>
        </w:tc>
        <w:tc>
          <w:tcPr>
            <w:tcW w:w="9246" w:type="dxa"/>
            <w:gridSpan w:val="6"/>
            <w:shd w:val="clear" w:color="auto" w:fill="auto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23A3BCE0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b/>
                <w:bCs/>
                <w:sz w:val="28"/>
                <w:szCs w:val="28"/>
                <w:rtl/>
              </w:rPr>
              <w:t>الماء المناسب للاستحمام هو الماء:</w:t>
            </w:r>
          </w:p>
        </w:tc>
      </w:tr>
      <w:tr w14:paraId="2126D37C" w14:textId="77777777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1584" w:type="dxa"/>
            <w:vMerge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14:paraId="7FF7ED1B" w14:textId="77777777">
            <w:pPr>
              <w:rPr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65502622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أ) شديد السخونة</w:t>
            </w:r>
          </w:p>
        </w:tc>
        <w:tc>
          <w:tcPr>
            <w:tcW w:w="3082" w:type="dxa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4ED3D3F9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ب) معتدل الحرارة</w:t>
            </w:r>
          </w:p>
        </w:tc>
        <w:tc>
          <w:tcPr>
            <w:tcW w:w="3082" w:type="dxa"/>
            <w:gridSpan w:val="3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2F77C755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ج) شديد البرودة</w:t>
            </w:r>
          </w:p>
        </w:tc>
      </w:tr>
      <w:tr w14:paraId="144BDDAC" w14:textId="77777777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1584" w:type="dxa"/>
            <w:vMerge w:val="restart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14:paraId="698BFA16" w14:textId="77777777">
            <w:pPr>
              <w:bidi/>
              <w:spacing w:after="0" w:line="380" w:lineRule="exact"/>
              <w:jc w:val="center"/>
              <w:rPr>
                <w:sz w:val="28"/>
                <w:szCs w:val="28"/>
              </w:rPr>
            </w:pPr>
            <w:r w:rsidRPr="00AC2654">
              <w:rPr>
                <w:rFonts w:cs="Arial"/>
                <w:b/>
                <w:bCs/>
                <w:sz w:val="28"/>
                <w:szCs w:val="28"/>
                <w:rtl/>
              </w:rPr>
              <w:t>٢</w:t>
            </w:r>
          </w:p>
        </w:tc>
        <w:tc>
          <w:tcPr>
            <w:tcW w:w="9246" w:type="dxa"/>
            <w:gridSpan w:val="6"/>
            <w:shd w:val="clear" w:color="auto" w:fill="auto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3A06071E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b/>
                <w:bCs/>
                <w:sz w:val="28"/>
                <w:szCs w:val="28"/>
                <w:rtl/>
              </w:rPr>
              <w:t>للمحافظة على السلامة داخل الحمام يجب:</w:t>
            </w:r>
          </w:p>
        </w:tc>
      </w:tr>
      <w:tr w14:paraId="41F7828D" w14:textId="77777777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1584" w:type="dxa"/>
            <w:vMerge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14:paraId="3D83C5CF" w14:textId="77777777">
            <w:pPr>
              <w:rPr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03486421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أ) تجفيف الماء المسكوب</w:t>
            </w:r>
          </w:p>
        </w:tc>
        <w:tc>
          <w:tcPr>
            <w:tcW w:w="3082" w:type="dxa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0B35F5DF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ب) الجري على الأرض المبللة</w:t>
            </w:r>
          </w:p>
        </w:tc>
        <w:tc>
          <w:tcPr>
            <w:tcW w:w="3082" w:type="dxa"/>
            <w:gridSpan w:val="3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3026221D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ج) ترك الصابون على الأرض</w:t>
            </w:r>
          </w:p>
        </w:tc>
      </w:tr>
      <w:tr w14:paraId="461EC230" w14:textId="77777777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1584" w:type="dxa"/>
            <w:vMerge w:val="restart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14:paraId="4F582583" w14:textId="77777777">
            <w:pPr>
              <w:bidi/>
              <w:spacing w:after="0" w:line="380" w:lineRule="exact"/>
              <w:jc w:val="center"/>
              <w:rPr>
                <w:sz w:val="28"/>
                <w:szCs w:val="28"/>
              </w:rPr>
            </w:pPr>
            <w:r w:rsidRPr="00AC2654">
              <w:rPr>
                <w:rFonts w:cs="Arial"/>
                <w:b/>
                <w:bCs/>
                <w:sz w:val="28"/>
                <w:szCs w:val="28"/>
                <w:rtl/>
              </w:rPr>
              <w:t>٣</w:t>
            </w:r>
          </w:p>
        </w:tc>
        <w:tc>
          <w:tcPr>
            <w:tcW w:w="9246" w:type="dxa"/>
            <w:gridSpan w:val="6"/>
            <w:shd w:val="clear" w:color="auto" w:fill="auto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03A40349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b/>
                <w:bCs/>
                <w:sz w:val="28"/>
                <w:szCs w:val="28"/>
                <w:rtl/>
              </w:rPr>
              <w:t>للمحافظة على سلامة العينين أثناء القراءة أستخدم:</w:t>
            </w:r>
          </w:p>
        </w:tc>
      </w:tr>
      <w:tr w14:paraId="57CD6E19" w14:textId="77777777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1584" w:type="dxa"/>
            <w:vMerge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14:paraId="250C8DE5" w14:textId="77777777">
            <w:pPr>
              <w:rPr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6DAC5797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أ) إضاءة ضعيفة</w:t>
            </w:r>
          </w:p>
        </w:tc>
        <w:tc>
          <w:tcPr>
            <w:tcW w:w="3082" w:type="dxa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07A92E0D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ب) إضاءة مناسبة</w:t>
            </w:r>
          </w:p>
        </w:tc>
        <w:tc>
          <w:tcPr>
            <w:tcW w:w="3082" w:type="dxa"/>
            <w:gridSpan w:val="3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0058554F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ج) كتابًا قريبًا جدًا من العينين</w:t>
            </w:r>
          </w:p>
        </w:tc>
      </w:tr>
      <w:tr w14:paraId="7DCA9A8E" w14:textId="77777777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1584" w:type="dxa"/>
            <w:vMerge w:val="restart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14:paraId="7F0589F9" w14:textId="77777777">
            <w:pPr>
              <w:bidi/>
              <w:spacing w:after="0" w:line="380" w:lineRule="exact"/>
              <w:jc w:val="center"/>
              <w:rPr>
                <w:sz w:val="28"/>
                <w:szCs w:val="28"/>
              </w:rPr>
            </w:pPr>
            <w:r w:rsidRPr="00AC2654">
              <w:rPr>
                <w:rFonts w:cs="Arial"/>
                <w:b/>
                <w:bCs/>
                <w:sz w:val="28"/>
                <w:szCs w:val="28"/>
                <w:rtl/>
              </w:rPr>
              <w:t>٤</w:t>
            </w:r>
          </w:p>
        </w:tc>
        <w:tc>
          <w:tcPr>
            <w:tcW w:w="9246" w:type="dxa"/>
            <w:gridSpan w:val="6"/>
            <w:shd w:val="clear" w:color="auto" w:fill="auto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128B1C55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b/>
                <w:bCs/>
                <w:sz w:val="28"/>
                <w:szCs w:val="28"/>
                <w:rtl/>
              </w:rPr>
              <w:t>الطريقة الصحيحة لتنظيف الأذن هي:</w:t>
            </w:r>
          </w:p>
        </w:tc>
      </w:tr>
      <w:tr w14:paraId="3A9DE3E7" w14:textId="77777777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1584" w:type="dxa"/>
            <w:vMerge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14:paraId="609823D5" w14:textId="77777777">
            <w:pPr>
              <w:rPr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47A39219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أ) إدخال أداة حادة</w:t>
            </w:r>
          </w:p>
        </w:tc>
        <w:tc>
          <w:tcPr>
            <w:tcW w:w="3082" w:type="dxa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69289C40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ب) إدخال أعواد صلبة</w:t>
            </w:r>
          </w:p>
        </w:tc>
        <w:tc>
          <w:tcPr>
            <w:tcW w:w="3082" w:type="dxa"/>
            <w:gridSpan w:val="3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55FF34EA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ج) تنظيف الجزء الخارجي بلطف</w:t>
            </w:r>
          </w:p>
        </w:tc>
      </w:tr>
      <w:tr w14:paraId="0C7AD6D2" w14:textId="77777777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1584" w:type="dxa"/>
            <w:vMerge w:val="restart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14:paraId="563CE82A" w14:textId="77777777">
            <w:pPr>
              <w:bidi/>
              <w:spacing w:after="0" w:line="380" w:lineRule="exact"/>
              <w:jc w:val="center"/>
              <w:rPr>
                <w:sz w:val="28"/>
                <w:szCs w:val="28"/>
              </w:rPr>
            </w:pPr>
            <w:r w:rsidRPr="00AC2654">
              <w:rPr>
                <w:rFonts w:cs="Arial"/>
                <w:b/>
                <w:bCs/>
                <w:sz w:val="28"/>
                <w:szCs w:val="28"/>
                <w:rtl/>
              </w:rPr>
              <w:t>٥</w:t>
            </w:r>
          </w:p>
        </w:tc>
        <w:tc>
          <w:tcPr>
            <w:tcW w:w="9246" w:type="dxa"/>
            <w:gridSpan w:val="6"/>
            <w:shd w:val="clear" w:color="auto" w:fill="auto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79A36587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b/>
                <w:bCs/>
                <w:sz w:val="28"/>
                <w:szCs w:val="28"/>
                <w:rtl/>
              </w:rPr>
              <w:t>الأداة التي تزيل بقايا الطعام بين الأسنان هي:</w:t>
            </w:r>
          </w:p>
        </w:tc>
      </w:tr>
      <w:tr w14:paraId="66DB0774" w14:textId="77777777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1584" w:type="dxa"/>
            <w:vMerge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14:paraId="5F8FE39E" w14:textId="77777777">
            <w:pPr>
              <w:rPr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2E1C207B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أ) خيط الأسنان</w:t>
            </w:r>
          </w:p>
        </w:tc>
        <w:tc>
          <w:tcPr>
            <w:tcW w:w="3082" w:type="dxa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0816E0BC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ب) المسطرة</w:t>
            </w:r>
          </w:p>
        </w:tc>
        <w:tc>
          <w:tcPr>
            <w:tcW w:w="3082" w:type="dxa"/>
            <w:gridSpan w:val="3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70B83BCC" w14:textId="77777777">
            <w:pPr>
              <w:bidi/>
              <w:spacing w:after="0" w:line="30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ج) المنديل</w:t>
            </w:r>
          </w:p>
        </w:tc>
      </w:tr>
      <w:tr w14:paraId="4322DCAE" w14:textId="77777777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9274" w:type="dxa"/>
            <w:gridSpan w:val="6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AC2654" w:rsidP="00AC2654" w14:paraId="22E09E78" w14:textId="77777777">
            <w:pPr>
              <w:bidi/>
              <w:spacing w:after="0" w:line="380" w:lineRule="exact"/>
              <w:rPr>
                <w:rFonts w:cs="Arial"/>
                <w:b/>
                <w:bCs/>
                <w:sz w:val="32"/>
                <w:szCs w:val="32"/>
                <w:rtl/>
              </w:rPr>
            </w:pPr>
          </w:p>
          <w:p w:rsidR="00AC2654" w:rsidP="00AC2654" w14:paraId="1E396DCE" w14:textId="77777777">
            <w:pPr>
              <w:bidi/>
              <w:spacing w:after="0" w:line="380" w:lineRule="exact"/>
              <w:rPr>
                <w:rFonts w:cs="Arial"/>
                <w:b/>
                <w:bCs/>
                <w:sz w:val="32"/>
                <w:szCs w:val="32"/>
                <w:rtl/>
              </w:rPr>
            </w:pPr>
          </w:p>
          <w:p w:rsidR="00ED12FA" w:rsidRPr="00AC2654" w:rsidP="00AC2654" w14:paraId="7BB9E134" w14:textId="1E2C22A2">
            <w:pPr>
              <w:bidi/>
              <w:spacing w:after="0" w:line="38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b/>
                <w:bCs/>
                <w:sz w:val="32"/>
                <w:szCs w:val="32"/>
                <w:rtl/>
              </w:rPr>
              <w:t>السؤال الثاني: ضع علامة (✓) أو (✕) أمام العبارات التالية:</w:t>
            </w:r>
          </w:p>
        </w:tc>
        <w:tc>
          <w:tcPr>
            <w:tcW w:w="1555" w:type="dxa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AC2654" w:rsidP="00AC2654" w14:paraId="684A69A6" w14:textId="77777777">
            <w:pPr>
              <w:bidi/>
              <w:spacing w:after="0" w:line="380" w:lineRule="exact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  <w:p w:rsidR="00AC2654" w:rsidP="00AC2654" w14:paraId="402DFCBC" w14:textId="77777777">
            <w:pPr>
              <w:bidi/>
              <w:spacing w:after="0" w:line="380" w:lineRule="exact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  <w:p w:rsidR="00ED12FA" w:rsidRPr="00AC2654" w:rsidP="00AC2654" w14:paraId="25016F98" w14:textId="27D4E084">
            <w:pPr>
              <w:bidi/>
              <w:spacing w:after="0" w:line="380" w:lineRule="exact"/>
              <w:rPr>
                <w:sz w:val="28"/>
                <w:szCs w:val="28"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AC2654">
              <w:rPr>
                <w:rFonts w:cs="Arial"/>
                <w:b/>
                <w:bCs/>
                <w:sz w:val="28"/>
                <w:szCs w:val="28"/>
                <w:rtl/>
              </w:rPr>
              <w:t>١٠</w:t>
            </w:r>
          </w:p>
        </w:tc>
      </w:tr>
      <w:tr w14:paraId="5D691CD1" w14:textId="77777777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1656" w:type="dxa"/>
            <w:gridSpan w:val="2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2B78DD79" w14:textId="77777777">
            <w:pPr>
              <w:bidi/>
              <w:spacing w:after="0" w:line="36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b/>
                <w:bCs/>
                <w:sz w:val="28"/>
                <w:szCs w:val="28"/>
                <w:rtl/>
              </w:rPr>
              <w:t>١</w:t>
            </w:r>
          </w:p>
        </w:tc>
        <w:tc>
          <w:tcPr>
            <w:tcW w:w="7589" w:type="dxa"/>
            <w:gridSpan w:val="3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56D531C3" w14:textId="77777777">
            <w:pPr>
              <w:bidi/>
              <w:spacing w:after="0" w:line="36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أجهّز أدوات النظافة والملابس النظيفة قبل الاستحمام.</w:t>
            </w:r>
          </w:p>
        </w:tc>
        <w:tc>
          <w:tcPr>
            <w:tcW w:w="1584" w:type="dxa"/>
            <w:gridSpan w:val="2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4BE2F8A1" w14:textId="77777777">
            <w:pPr>
              <w:bidi/>
              <w:spacing w:after="0" w:line="36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(          )</w:t>
            </w:r>
          </w:p>
        </w:tc>
      </w:tr>
      <w:tr w14:paraId="1DF1D8F0" w14:textId="77777777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1656" w:type="dxa"/>
            <w:gridSpan w:val="2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24836015" w14:textId="77777777">
            <w:pPr>
              <w:bidi/>
              <w:spacing w:after="0" w:line="36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b/>
                <w:bCs/>
                <w:sz w:val="28"/>
                <w:szCs w:val="28"/>
                <w:rtl/>
              </w:rPr>
              <w:t>٢</w:t>
            </w:r>
          </w:p>
        </w:tc>
        <w:tc>
          <w:tcPr>
            <w:tcW w:w="7589" w:type="dxa"/>
            <w:gridSpan w:val="3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5F09DD85" w14:textId="77777777">
            <w:pPr>
              <w:bidi/>
              <w:spacing w:after="0" w:line="36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يحتوي الجزر على فيتامين أ المفيد لسلامة العينين.</w:t>
            </w:r>
          </w:p>
        </w:tc>
        <w:tc>
          <w:tcPr>
            <w:tcW w:w="1584" w:type="dxa"/>
            <w:gridSpan w:val="2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188413A1" w14:textId="77777777">
            <w:pPr>
              <w:bidi/>
              <w:spacing w:after="0" w:line="36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(          )</w:t>
            </w:r>
          </w:p>
        </w:tc>
      </w:tr>
      <w:tr w14:paraId="3297D6F3" w14:textId="77777777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1656" w:type="dxa"/>
            <w:gridSpan w:val="2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621C33AC" w14:textId="77777777">
            <w:pPr>
              <w:bidi/>
              <w:spacing w:after="0" w:line="36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b/>
                <w:bCs/>
                <w:sz w:val="28"/>
                <w:szCs w:val="28"/>
                <w:rtl/>
              </w:rPr>
              <w:t>٣</w:t>
            </w:r>
          </w:p>
        </w:tc>
        <w:tc>
          <w:tcPr>
            <w:tcW w:w="7589" w:type="dxa"/>
            <w:gridSpan w:val="3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6EF72812" w14:textId="77777777">
            <w:pPr>
              <w:bidi/>
              <w:spacing w:after="0" w:line="36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قد تضرّ الأصوات المرتفعة والسماعات الطويلة بالأذنين.</w:t>
            </w:r>
          </w:p>
        </w:tc>
        <w:tc>
          <w:tcPr>
            <w:tcW w:w="1584" w:type="dxa"/>
            <w:gridSpan w:val="2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1AC92B89" w14:textId="77777777">
            <w:pPr>
              <w:bidi/>
              <w:spacing w:after="0" w:line="36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(          )</w:t>
            </w:r>
          </w:p>
        </w:tc>
      </w:tr>
      <w:tr w14:paraId="32D7D0E6" w14:textId="77777777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1656" w:type="dxa"/>
            <w:gridSpan w:val="2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061DFA41" w14:textId="77777777">
            <w:pPr>
              <w:bidi/>
              <w:spacing w:after="0" w:line="36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b/>
                <w:bCs/>
                <w:sz w:val="28"/>
                <w:szCs w:val="28"/>
                <w:rtl/>
              </w:rPr>
              <w:t>٤</w:t>
            </w:r>
          </w:p>
        </w:tc>
        <w:tc>
          <w:tcPr>
            <w:tcW w:w="7589" w:type="dxa"/>
            <w:gridSpan w:val="3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47163826" w14:textId="77777777">
            <w:pPr>
              <w:bidi/>
              <w:spacing w:after="0" w:line="36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أنظّف أسناني بعد الوجبات وقبل النوم.</w:t>
            </w:r>
          </w:p>
        </w:tc>
        <w:tc>
          <w:tcPr>
            <w:tcW w:w="1584" w:type="dxa"/>
            <w:gridSpan w:val="2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3A74EDE9" w14:textId="77777777">
            <w:pPr>
              <w:bidi/>
              <w:spacing w:after="0" w:line="36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(          )</w:t>
            </w:r>
          </w:p>
        </w:tc>
      </w:tr>
      <w:tr w14:paraId="309FAEF1" w14:textId="77777777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1656" w:type="dxa"/>
            <w:gridSpan w:val="2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1C75C573" w14:textId="77777777">
            <w:pPr>
              <w:bidi/>
              <w:spacing w:after="0" w:line="36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b/>
                <w:bCs/>
                <w:sz w:val="28"/>
                <w:szCs w:val="28"/>
                <w:rtl/>
              </w:rPr>
              <w:t>٥</w:t>
            </w:r>
          </w:p>
        </w:tc>
        <w:tc>
          <w:tcPr>
            <w:tcW w:w="7589" w:type="dxa"/>
            <w:gridSpan w:val="3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6D248199" w14:textId="77777777">
            <w:pPr>
              <w:bidi/>
              <w:spacing w:after="0" w:line="36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استخدام الأسنان لفتح العلب من العادات الصحية.</w:t>
            </w:r>
          </w:p>
        </w:tc>
        <w:tc>
          <w:tcPr>
            <w:tcW w:w="1584" w:type="dxa"/>
            <w:gridSpan w:val="2"/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</w:tcPr>
          <w:p w:rsidR="00ED12FA" w:rsidRPr="00AC2654" w:rsidP="00AC2654" w14:paraId="2C8CCCF5" w14:textId="77777777">
            <w:pPr>
              <w:bidi/>
              <w:spacing w:after="0" w:line="360" w:lineRule="exact"/>
              <w:rPr>
                <w:sz w:val="28"/>
                <w:szCs w:val="28"/>
              </w:rPr>
            </w:pPr>
            <w:r w:rsidRPr="00AC2654">
              <w:rPr>
                <w:rFonts w:cs="Arial"/>
                <w:sz w:val="28"/>
                <w:szCs w:val="28"/>
                <w:rtl/>
              </w:rPr>
              <w:t>(          )</w:t>
            </w:r>
          </w:p>
        </w:tc>
      </w:tr>
    </w:tbl>
    <w:p w:rsidR="00ED12FA" w14:paraId="79072884" w14:textId="77777777">
      <w:pPr>
        <w:bidi/>
        <w:spacing w:before="100" w:after="0"/>
        <w:jc w:val="center"/>
        <w:rPr>
          <w:rtl/>
        </w:rPr>
      </w:pPr>
      <w:r>
        <w:rPr>
          <w:b/>
          <w:rtl/>
        </w:rPr>
        <w:t>انتهت الأسئلة ... بالتوفيق</w:t>
      </w:r>
    </w:p>
    <w:p w:rsidR="00AC2654" w:rsidP="00AC2654" w14:paraId="0540CB4A" w14:textId="77777777">
      <w:pPr>
        <w:bidi/>
        <w:spacing w:before="100" w:after="0"/>
        <w:jc w:val="center"/>
        <w:rPr>
          <w:rtl/>
        </w:rPr>
      </w:pPr>
    </w:p>
    <w:p w:rsidR="00AC2654" w:rsidP="00AC2654" w14:paraId="63209B1F" w14:textId="78D8A2C2">
      <w:pPr>
        <w:bidi/>
        <w:spacing w:before="100" w:after="0"/>
        <w:jc w:val="center"/>
        <w:rPr>
          <w:rtl/>
        </w:rPr>
      </w:pPr>
    </w:p>
    <w:p w:rsidR="00AC2654" w:rsidP="00AC2654" w14:paraId="17D55006" w14:textId="29E8D886">
      <w:pPr>
        <w:bidi/>
        <w:spacing w:before="100" w:after="0"/>
        <w:jc w:val="center"/>
      </w:pPr>
      <w:r>
        <w:rPr>
          <w:rFonts w:ascii="Times New Roman" w:hAnsi="Times New Roman" w:cs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246380</wp:posOffset>
                </wp:positionV>
                <wp:extent cx="2697480" cy="266700"/>
                <wp:effectExtent l="0" t="0" r="7620" b="0"/>
                <wp:wrapNone/>
                <wp:docPr id="2" name="مربع نص 2">
                  <a:hlinkClick xmlns:a="http://schemas.openxmlformats.org/drawingml/2006/main" xmlns:r="http://schemas.openxmlformats.org/officeDocument/2006/relationships" r:id="rId5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974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5E8F" w:rsidRPr="00555E8F" w:rsidP="00555E8F" w14:paraId="67EEBFCD" w14:textId="77777777">
                            <w:pPr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555E8F">
                              <w:rPr>
                                <w:rFonts w:hint="cs"/>
                                <w:b/>
                                <w:bCs/>
                                <w:sz w:val="32"/>
                                <w:szCs w:val="24"/>
                                <w:rtl/>
                              </w:rPr>
                              <w:t xml:space="preserve">قناة المهارات الحياتية والأسرية للمرحلة الابتدائية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href="https://t.me/mharat7eatiah" style="width:212.4pt;height:21pt;margin-top:19.4pt;margin-left:0;flip:x;mso-height-percent:0;mso-height-relative:margin;mso-position-horizontal:center;mso-position-horizontal-relative:margin;mso-width-percent:0;mso-width-relative:margin;mso-wrap-distance-bottom:3.6pt;mso-wrap-distance-left:9pt;mso-wrap-distance-right:9pt;mso-wrap-distance-top:3.6pt;mso-wrap-style:square;position:absolute;v-text-anchor:top;visibility:visible;z-index:251663360" o:button="t" stroked="f">
                <v:fill o:detectmouseclick="t"/>
                <v:textbox>
                  <w:txbxContent>
                    <w:p w:rsidR="00555E8F" w:rsidRPr="00555E8F" w:rsidP="00555E8F" w14:paraId="476B39AC" w14:textId="77777777">
                      <w:pPr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555E8F">
                        <w:rPr>
                          <w:rFonts w:hint="cs"/>
                          <w:b/>
                          <w:bCs/>
                          <w:sz w:val="32"/>
                          <w:szCs w:val="24"/>
                          <w:rtl/>
                        </w:rPr>
                        <w:t xml:space="preserve">قناة المهارات الحياتية والأسرية للمرحلة الابتدائية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C2654">
        <w:rPr>
          <w:rFonts w:hint="cs"/>
          <w:rtl/>
        </w:rPr>
        <w:t xml:space="preserve">                                                                                        معلمة المادة /</w:t>
      </w:r>
    </w:p>
    <w:p w14:paraId="1CD2535B" w14:textId="77777777">
      <w:pPr>
        <w:sectPr w:rsidSect="00AC2654">
          <w:footerReference w:type="default" r:id="rId6"/>
          <w:pgSz w:w="11909" w:h="16834"/>
          <w:pgMar w:top="403" w:right="547" w:bottom="504" w:left="547" w:header="720" w:footer="216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tbl>
      <w:tblPr>
        <w:tblStyle w:val="TableGrid0"/>
        <w:bidiVisual/>
        <w:tblW w:w="10762" w:type="dxa"/>
        <w:tblInd w:w="-1" w:type="dxa"/>
        <w:tblLayout w:type="fixed"/>
        <w:tblLook w:val="04A0"/>
      </w:tblPr>
      <w:tblGrid>
        <w:gridCol w:w="3655"/>
        <w:gridCol w:w="3385"/>
        <w:gridCol w:w="3722"/>
      </w:tblGrid>
      <w:tr w14:paraId="6CFEA07A" w14:textId="77777777" w:rsidTr="00225F82">
        <w:tblPrEx>
          <w:tblW w:w="10762" w:type="dxa"/>
          <w:tblInd w:w="-1" w:type="dxa"/>
          <w:tblLayout w:type="fixed"/>
          <w:tblLook w:val="04A0"/>
        </w:tblPrEx>
        <w:trPr>
          <w:trHeight w:val="431"/>
        </w:trPr>
        <w:tc>
          <w:tcPr>
            <w:tcW w:w="10762" w:type="dxa"/>
            <w:gridSpan w:val="3"/>
          </w:tcPr>
          <w:p w:rsidR="00B7374B" w:rsidRPr="00FD70EE" w:rsidP="00CE575E" w14:paraId="3023EB17" w14:textId="77777777">
            <w:pPr>
              <w:bidi/>
              <w:jc w:val="center"/>
              <w:rPr>
                <w:rFonts w:ascii="Calibri" w:hAnsi="Calibri"/>
                <w:color w:val="auto"/>
                <w:sz w:val="40"/>
                <w:szCs w:val="40"/>
                <w:rtl/>
                <w:lang w:val="en-US" w:eastAsia="en-US" w:bidi="ar-SA"/>
              </w:rPr>
            </w:pPr>
            <w:r w:rsidRPr="00FD70EE">
              <w:rPr>
                <w:rFonts w:ascii="Calibri" w:hAnsi="Calibri" w:cstheme="minorBidi" w:hint="cs"/>
                <w:color w:val="auto"/>
                <w:sz w:val="40"/>
                <w:szCs w:val="40"/>
                <w:rtl/>
                <w:lang w:val="en-US" w:eastAsia="en-US" w:bidi="ar-SA"/>
              </w:rPr>
              <w:t>بسم الله الرحمن الرحيم</w:t>
            </w:r>
          </w:p>
        </w:tc>
      </w:tr>
      <w:tr w14:paraId="594884C4" w14:textId="77777777" w:rsidTr="00225F82">
        <w:tblPrEx>
          <w:tblW w:w="10762" w:type="dxa"/>
          <w:tblInd w:w="-1" w:type="dxa"/>
          <w:tblLayout w:type="fixed"/>
          <w:tblLook w:val="04A0"/>
        </w:tblPrEx>
        <w:trPr>
          <w:trHeight w:val="346"/>
        </w:trPr>
        <w:tc>
          <w:tcPr>
            <w:tcW w:w="3655" w:type="dxa"/>
          </w:tcPr>
          <w:p w:rsidR="003E083E" w:rsidRPr="00B07029" w:rsidP="003E083E" w14:paraId="7F5F6153" w14:textId="74726184">
            <w:pPr>
              <w:bidi/>
              <w:rPr>
                <w:rFonts w:ascii="Calibri" w:hAnsi="Calibri"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385" w:type="dxa"/>
            <w:vMerge w:val="restart"/>
          </w:tcPr>
          <w:p w:rsidR="003E083E" w:rsidRPr="006C5337" w:rsidP="003E083E" w14:paraId="0925BAD8" w14:textId="77777777">
            <w:pPr>
              <w:bidi/>
              <w:jc w:val="center"/>
              <w:rPr>
                <w:rFonts w:ascii="Calibri" w:hAnsi="Calibri"/>
                <w:noProof/>
                <w:color w:val="auto"/>
                <w:sz w:val="4"/>
                <w:szCs w:val="4"/>
                <w:rtl/>
                <w:lang w:val="en-US" w:eastAsia="en-US" w:bidi="ar-SA"/>
              </w:rPr>
            </w:pPr>
          </w:p>
          <w:p w:rsidR="003E083E" w:rsidRPr="00B07029" w:rsidP="003E083E" w14:paraId="077DB688" w14:textId="6EED229E">
            <w:pPr>
              <w:bidi/>
              <w:jc w:val="center"/>
              <w:rPr>
                <w:rFonts w:ascii="Calibri" w:hAnsi="Calibri"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722" w:type="dxa"/>
          </w:tcPr>
          <w:p w:rsidR="003E083E" w:rsidRPr="00B07029" w:rsidP="003E083E" w14:paraId="7CD02C82" w14:textId="77777777">
            <w:pPr>
              <w:bidi/>
              <w:rPr>
                <w:rFonts w:ascii="Calibri" w:hAnsi="Calibri"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Calibri" w:hAnsi="Calibri" w:cstheme="minorBidi" w:hint="cs"/>
                <w:color w:val="auto"/>
                <w:sz w:val="32"/>
                <w:szCs w:val="32"/>
                <w:rtl/>
                <w:lang w:val="en-US" w:eastAsia="en-US" w:bidi="ar-SA"/>
              </w:rPr>
              <w:t>المادة:</w:t>
            </w:r>
            <w:r w:rsidR="00E26696">
              <w:rPr>
                <w:rFonts w:ascii="Calibri" w:hAnsi="Calibri" w:cstheme="minorBidi" w:hint="cs"/>
                <w:color w:val="auto"/>
                <w:sz w:val="32"/>
                <w:szCs w:val="32"/>
                <w:rtl/>
                <w:lang w:val="en-US" w:eastAsia="en-US" w:bidi="ar-SA"/>
              </w:rPr>
              <w:t xml:space="preserve"> المهارات الحياتية والاسرية</w:t>
            </w:r>
          </w:p>
        </w:tc>
      </w:tr>
      <w:tr w14:paraId="406D2163" w14:textId="77777777" w:rsidTr="00225F82">
        <w:tblPrEx>
          <w:tblW w:w="10762" w:type="dxa"/>
          <w:tblInd w:w="-1" w:type="dxa"/>
          <w:tblLayout w:type="fixed"/>
          <w:tblLook w:val="04A0"/>
        </w:tblPrEx>
        <w:trPr>
          <w:trHeight w:val="346"/>
        </w:trPr>
        <w:tc>
          <w:tcPr>
            <w:tcW w:w="3655" w:type="dxa"/>
          </w:tcPr>
          <w:p w:rsidR="003E083E" w:rsidP="003E083E" w14:paraId="4E1A31B0" w14:textId="6313F0FF">
            <w:pPr>
              <w:bidi/>
              <w:rPr>
                <w:rFonts w:ascii="Calibri" w:hAnsi="Calibri"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385" w:type="dxa"/>
            <w:vMerge/>
          </w:tcPr>
          <w:p w:rsidR="003E083E" w:rsidRPr="00B07029" w:rsidP="003E083E" w14:paraId="5DF108A6" w14:textId="77777777">
            <w:pPr>
              <w:bidi/>
              <w:rPr>
                <w:rFonts w:ascii="Calibri" w:hAnsi="Calibri"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722" w:type="dxa"/>
          </w:tcPr>
          <w:p w:rsidR="003E083E" w:rsidP="00AE0F62" w14:paraId="02E5AEBC" w14:textId="77777777">
            <w:pPr>
              <w:bidi/>
              <w:rPr>
                <w:rFonts w:ascii="Calibri" w:hAnsi="Calibri"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Calibri" w:hAnsi="Calibri" w:cstheme="minorBidi" w:hint="cs"/>
                <w:color w:val="auto"/>
                <w:sz w:val="32"/>
                <w:szCs w:val="32"/>
                <w:rtl/>
                <w:lang w:val="en-US" w:eastAsia="en-US" w:bidi="ar-SA"/>
              </w:rPr>
              <w:t xml:space="preserve">الصف: </w:t>
            </w:r>
            <w:r w:rsidR="00FD4515">
              <w:rPr>
                <w:rFonts w:ascii="Calibri" w:hAnsi="Calibri" w:cstheme="minorBidi" w:hint="cs"/>
                <w:color w:val="auto"/>
                <w:sz w:val="32"/>
                <w:szCs w:val="32"/>
                <w:rtl/>
                <w:lang w:val="en-US" w:eastAsia="en-US" w:bidi="ar-SA"/>
              </w:rPr>
              <w:t>الرابع</w:t>
            </w:r>
            <w:r>
              <w:rPr>
                <w:rFonts w:ascii="Calibri" w:hAnsi="Calibri" w:cstheme="minorBidi" w:hint="cs"/>
                <w:color w:val="auto"/>
                <w:sz w:val="32"/>
                <w:szCs w:val="32"/>
                <w:rtl/>
                <w:lang w:val="en-US" w:eastAsia="en-US" w:bidi="ar-SA"/>
              </w:rPr>
              <w:t xml:space="preserve"> الابتدائي</w:t>
            </w:r>
          </w:p>
        </w:tc>
      </w:tr>
      <w:tr w14:paraId="0AB921FA" w14:textId="77777777" w:rsidTr="00225F82">
        <w:tblPrEx>
          <w:tblW w:w="10762" w:type="dxa"/>
          <w:tblInd w:w="-1" w:type="dxa"/>
          <w:tblLayout w:type="fixed"/>
          <w:tblLook w:val="04A0"/>
        </w:tblPrEx>
        <w:trPr>
          <w:trHeight w:val="365"/>
        </w:trPr>
        <w:tc>
          <w:tcPr>
            <w:tcW w:w="3655" w:type="dxa"/>
          </w:tcPr>
          <w:p w:rsidR="00FD70EE" w:rsidP="00FD70EE" w14:paraId="35A6AA8F" w14:textId="0F116425">
            <w:pPr>
              <w:bidi/>
              <w:rPr>
                <w:rFonts w:ascii="Calibri" w:hAnsi="Calibri"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385" w:type="dxa"/>
            <w:vMerge/>
          </w:tcPr>
          <w:p w:rsidR="00FD70EE" w:rsidRPr="00B07029" w:rsidP="00FD70EE" w14:paraId="55EA0764" w14:textId="77777777">
            <w:pPr>
              <w:bidi/>
              <w:rPr>
                <w:rFonts w:ascii="Calibri" w:hAnsi="Calibri"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722" w:type="dxa"/>
          </w:tcPr>
          <w:p w:rsidR="00FD70EE" w:rsidP="00FD70EE" w14:paraId="0E2A6032" w14:textId="6A2A61C2">
            <w:pPr>
              <w:bidi/>
              <w:rPr>
                <w:rFonts w:ascii="Calibri" w:hAnsi="Calibri"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Calibri" w:hAnsi="Calibri" w:cstheme="minorBidi" w:hint="cs"/>
                <w:color w:val="auto"/>
                <w:sz w:val="32"/>
                <w:szCs w:val="32"/>
                <w:rtl/>
                <w:lang w:val="en-US" w:eastAsia="en-US" w:bidi="ar-SA"/>
              </w:rPr>
              <w:t>الفصل الدراسي الأول 144</w:t>
            </w:r>
            <w:r w:rsidR="00FE4AE8">
              <w:rPr>
                <w:rFonts w:ascii="Calibri" w:hAnsi="Calibri" w:cstheme="minorBidi" w:hint="cs"/>
                <w:color w:val="auto"/>
                <w:sz w:val="32"/>
                <w:szCs w:val="32"/>
                <w:rtl/>
                <w:lang w:val="en-US" w:eastAsia="en-US" w:bidi="ar-SA"/>
              </w:rPr>
              <w:t>8</w:t>
            </w:r>
            <w:r>
              <w:rPr>
                <w:rFonts w:ascii="Calibri" w:hAnsi="Calibri" w:cstheme="minorBidi" w:hint="cs"/>
                <w:color w:val="auto"/>
                <w:sz w:val="32"/>
                <w:szCs w:val="32"/>
                <w:rtl/>
                <w:lang w:val="en-US" w:eastAsia="en-US" w:bidi="ar-SA"/>
              </w:rPr>
              <w:t>هـ</w:t>
            </w:r>
          </w:p>
        </w:tc>
      </w:tr>
      <w:tr w14:paraId="62FEF7E6" w14:textId="77777777" w:rsidTr="00225F82">
        <w:tblPrEx>
          <w:tblW w:w="10762" w:type="dxa"/>
          <w:tblInd w:w="-1" w:type="dxa"/>
          <w:tblLayout w:type="fixed"/>
          <w:tblLook w:val="04A0"/>
        </w:tblPrEx>
        <w:trPr>
          <w:trHeight w:val="337"/>
        </w:trPr>
        <w:tc>
          <w:tcPr>
            <w:tcW w:w="3655" w:type="dxa"/>
          </w:tcPr>
          <w:p w:rsidR="00FD70EE" w:rsidRPr="00B07029" w:rsidP="00FD70EE" w14:paraId="7B59360E" w14:textId="293B9C6F">
            <w:pPr>
              <w:bidi/>
              <w:rPr>
                <w:rFonts w:ascii="Calibri" w:hAnsi="Calibri"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385" w:type="dxa"/>
            <w:vMerge/>
          </w:tcPr>
          <w:p w:rsidR="00FD70EE" w:rsidRPr="00B07029" w:rsidP="00FD70EE" w14:paraId="287BA6CE" w14:textId="77777777">
            <w:pPr>
              <w:bidi/>
              <w:rPr>
                <w:rFonts w:ascii="Calibri" w:hAnsi="Calibri"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722" w:type="dxa"/>
          </w:tcPr>
          <w:p w:rsidR="00FD70EE" w:rsidRPr="00B07029" w:rsidP="00FD70EE" w14:paraId="2ABB0015" w14:textId="77777777">
            <w:pPr>
              <w:bidi/>
              <w:rPr>
                <w:rFonts w:ascii="Calibri" w:hAnsi="Calibri"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Calibri" w:hAnsi="Calibri" w:cstheme="minorBidi" w:hint="cs"/>
                <w:color w:val="auto"/>
                <w:sz w:val="32"/>
                <w:szCs w:val="32"/>
                <w:rtl/>
                <w:lang w:val="en-US" w:eastAsia="en-US" w:bidi="ar-SA"/>
              </w:rPr>
              <w:t>إختبار منتصف الفصل (الفترة)</w:t>
            </w:r>
          </w:p>
        </w:tc>
      </w:tr>
    </w:tbl>
    <w:p w:rsidR="00436CCE" w:rsidRPr="00436CCE" w14:paraId="6A791D53" w14:textId="77777777">
      <w:pPr>
        <w:bidi/>
        <w:spacing w:after="160" w:line="259" w:lineRule="auto"/>
        <w:rPr>
          <w:rFonts w:ascii="Calibri" w:eastAsia="Calibri" w:hAnsi="Calibri" w:cs="Arial"/>
          <w:color w:val="auto"/>
          <w:sz w:val="2"/>
          <w:szCs w:val="2"/>
          <w:lang w:val="en-US" w:eastAsia="en-US" w:bidi="ar-SA"/>
        </w:rPr>
      </w:pPr>
    </w:p>
    <w:tbl>
      <w:tblPr>
        <w:tblStyle w:val="TableGrid0"/>
        <w:bidiVisual/>
        <w:tblW w:w="10762" w:type="dxa"/>
        <w:tblInd w:w="-1" w:type="dxa"/>
        <w:tblLayout w:type="fixed"/>
        <w:tblLook w:val="04A0"/>
      </w:tblPr>
      <w:tblGrid>
        <w:gridCol w:w="9345"/>
        <w:gridCol w:w="1417"/>
      </w:tblGrid>
      <w:tr w14:paraId="14080551" w14:textId="77777777" w:rsidTr="00225F82">
        <w:tblPrEx>
          <w:tblW w:w="10762" w:type="dxa"/>
          <w:tblInd w:w="-1" w:type="dxa"/>
          <w:tblLayout w:type="fixed"/>
          <w:tblLook w:val="04A0"/>
        </w:tblPrEx>
        <w:trPr>
          <w:trHeight w:val="458"/>
        </w:trPr>
        <w:tc>
          <w:tcPr>
            <w:tcW w:w="9345" w:type="dxa"/>
            <w:vMerge w:val="restart"/>
            <w:tcBorders>
              <w:top w:val="nil"/>
              <w:left w:val="nil"/>
              <w:bottom w:val="nil"/>
            </w:tcBorders>
          </w:tcPr>
          <w:p w:rsidR="003E7EAA" w:rsidRPr="00DC0336" w:rsidP="003E7EAA" w14:paraId="4366F323" w14:textId="77777777">
            <w:pPr>
              <w:bidi/>
              <w:rPr>
                <w:rFonts w:ascii="Calibri" w:hAnsi="Calibri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</w:pPr>
          </w:p>
          <w:p w:rsidR="00436CCE" w:rsidP="00436CCE" w14:paraId="5F8A5476" w14:textId="77777777">
            <w:pPr>
              <w:bidi/>
              <w:jc w:val="center"/>
              <w:rPr>
                <w:rFonts w:ascii="Calibri" w:hAnsi="Calibri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436CCE">
              <w:rPr>
                <w:rFonts w:ascii="Calibri" w:hAnsi="Calibri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اسم </w:t>
            </w:r>
            <w:r w:rsidRPr="00436CCE" w:rsidR="00CE575E">
              <w:rPr>
                <w:rFonts w:ascii="Calibri" w:hAnsi="Calibri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الطالب</w:t>
            </w:r>
            <w:r w:rsidR="00E26696">
              <w:rPr>
                <w:rFonts w:ascii="Calibri" w:hAnsi="Calibri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ة </w:t>
            </w:r>
            <w:r w:rsidR="00CE575E">
              <w:rPr>
                <w:rFonts w:ascii="Calibri" w:hAnsi="Calibri" w:cstheme="minorBidi" w:hint="cs"/>
                <w:color w:val="auto"/>
                <w:sz w:val="32"/>
                <w:szCs w:val="32"/>
                <w:rtl/>
                <w:lang w:val="en-US" w:eastAsia="en-US" w:bidi="ar-SA"/>
              </w:rPr>
              <w:t>:</w:t>
            </w:r>
            <w:r>
              <w:rPr>
                <w:rFonts w:ascii="Calibri" w:hAnsi="Calibri" w:cstheme="minorBidi" w:hint="cs"/>
                <w:color w:val="auto"/>
                <w:sz w:val="32"/>
                <w:szCs w:val="32"/>
                <w:rtl/>
                <w:lang w:val="en-US" w:eastAsia="en-US" w:bidi="ar-SA"/>
              </w:rPr>
              <w:t xml:space="preserve"> ........................................................</w:t>
            </w:r>
          </w:p>
          <w:p w:rsidR="003E7EAA" w:rsidP="0031539A" w14:paraId="58D72F66" w14:textId="77777777">
            <w:pPr>
              <w:bidi/>
              <w:rPr>
                <w:rFonts w:ascii="Calibri" w:hAnsi="Calibri"/>
                <w:color w:val="auto"/>
                <w:sz w:val="14"/>
                <w:szCs w:val="14"/>
                <w:rtl/>
                <w:lang w:val="en-US" w:eastAsia="en-US" w:bidi="ar-SA"/>
              </w:rPr>
            </w:pPr>
          </w:p>
          <w:p w:rsidR="0064217D" w:rsidP="0064217D" w14:paraId="5242318C" w14:textId="77777777">
            <w:pPr>
              <w:bidi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</w:p>
          <w:p w:rsidR="0064217D" w:rsidRPr="006C5337" w:rsidP="0031539A" w14:paraId="5073AB5D" w14:textId="77777777">
            <w:pPr>
              <w:bidi/>
              <w:rPr>
                <w:rFonts w:ascii="Calibri" w:hAnsi="Calibri"/>
                <w:color w:val="auto"/>
                <w:sz w:val="14"/>
                <w:szCs w:val="14"/>
                <w:rtl/>
                <w:lang w:val="en-US" w:eastAsia="en-US" w:bidi="ar-SA"/>
              </w:rPr>
            </w:pPr>
          </w:p>
        </w:tc>
        <w:tc>
          <w:tcPr>
            <w:tcW w:w="1417" w:type="dxa"/>
          </w:tcPr>
          <w:p w:rsidR="00436CCE" w:rsidRPr="00225F82" w:rsidP="00436CCE" w14:paraId="0081F105" w14:textId="77777777">
            <w:pPr>
              <w:bidi/>
              <w:rPr>
                <w:rFonts w:ascii="Calibri" w:hAnsi="Calibri"/>
                <w:color w:val="auto"/>
                <w:sz w:val="62"/>
                <w:szCs w:val="62"/>
                <w:rtl/>
                <w:lang w:val="en-US" w:eastAsia="en-US" w:bidi="ar-SA"/>
              </w:rPr>
            </w:pPr>
          </w:p>
        </w:tc>
      </w:tr>
      <w:tr w14:paraId="1B130ECD" w14:textId="77777777" w:rsidTr="00225F82">
        <w:tblPrEx>
          <w:tblW w:w="10762" w:type="dxa"/>
          <w:tblInd w:w="-1" w:type="dxa"/>
          <w:tblLayout w:type="fixed"/>
          <w:tblLook w:val="04A0"/>
        </w:tblPrEx>
        <w:trPr>
          <w:trHeight w:val="457"/>
        </w:trPr>
        <w:tc>
          <w:tcPr>
            <w:tcW w:w="9345" w:type="dxa"/>
            <w:vMerge/>
            <w:tcBorders>
              <w:left w:val="nil"/>
              <w:bottom w:val="nil"/>
            </w:tcBorders>
          </w:tcPr>
          <w:p w:rsidR="00496865" w:rsidP="00436CCE" w14:paraId="12C0A642" w14:textId="77777777">
            <w:pPr>
              <w:bidi/>
              <w:rPr>
                <w:rFonts w:ascii="Calibri" w:hAnsi="Calibri"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1417" w:type="dxa"/>
          </w:tcPr>
          <w:p w:rsidR="00496865" w:rsidRPr="006C5337" w:rsidP="00436CCE" w14:paraId="03B6E8F1" w14:textId="77777777">
            <w:pPr>
              <w:bidi/>
              <w:jc w:val="center"/>
              <w:rPr>
                <w:rFonts w:ascii="Calibri" w:hAnsi="Calibri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6C5337">
              <w:rPr>
                <w:rFonts w:ascii="Calibri" w:hAnsi="Calibri" w:cstheme="minorBidi" w:hint="cs"/>
                <w:b/>
                <w:bCs/>
                <w:color w:val="auto"/>
                <w:sz w:val="36"/>
                <w:szCs w:val="36"/>
                <w:rtl/>
                <w:lang w:val="en-US" w:eastAsia="en-US" w:bidi="ar-SA"/>
              </w:rPr>
              <w:t>20</w:t>
            </w:r>
          </w:p>
        </w:tc>
      </w:tr>
    </w:tbl>
    <w:p w:rsidR="007A2362" w:rsidP="007A2362" w14:paraId="452B94DE" w14:textId="77777777">
      <w:pPr>
        <w:bidi/>
        <w:spacing w:after="160" w:line="259" w:lineRule="auto"/>
        <w:rPr>
          <w:rFonts w:ascii="Times New Roman" w:eastAsia="Calibri" w:hAnsi="Times New Roman" w:cs="Times New Roman"/>
          <w:b/>
          <w:bCs/>
          <w:color w:val="auto"/>
          <w:sz w:val="32"/>
          <w:szCs w:val="32"/>
          <w:rtl/>
          <w:lang w:val="en-US" w:eastAsia="en-US" w:bidi="ar-SA"/>
        </w:rPr>
      </w:pPr>
      <w:r w:rsidRPr="00686375">
        <w:rPr>
          <w:rFonts w:eastAsia="Calibri" w:asciiTheme="majorBidi" w:hAnsiTheme="majorBidi" w:cstheme="majorBidi"/>
          <w:b/>
          <w:bCs/>
          <w:color w:val="C00000"/>
          <w:sz w:val="32"/>
          <w:szCs w:val="32"/>
          <w:rtl/>
          <w:lang w:val="en-US" w:eastAsia="en-US" w:bidi="ar-SA"/>
        </w:rPr>
        <w:t>السؤال الأول</w:t>
      </w:r>
      <w:r w:rsidRPr="00686375">
        <w:rPr>
          <w:rFonts w:eastAsia="Calibri" w:asciiTheme="majorBidi" w:hAnsiTheme="majorBidi" w:cstheme="majorBidi" w:hint="cs"/>
          <w:b/>
          <w:bCs/>
          <w:color w:val="C00000"/>
          <w:sz w:val="32"/>
          <w:szCs w:val="32"/>
          <w:rtl/>
          <w:lang w:val="en-US" w:eastAsia="en-US" w:bidi="ar-SA"/>
        </w:rPr>
        <w:t>:</w:t>
      </w:r>
      <w:r>
        <w:rPr>
          <w:rFonts w:eastAsia="Calibri" w:asciiTheme="majorBidi" w:hAnsiTheme="majorBidi" w:cstheme="majorBidi" w:hint="cs"/>
          <w:b/>
          <w:bCs/>
          <w:color w:val="auto"/>
          <w:sz w:val="32"/>
          <w:szCs w:val="32"/>
          <w:rtl/>
          <w:lang w:val="en-US" w:eastAsia="en-US" w:bidi="ar-SA"/>
        </w:rPr>
        <w:t xml:space="preserve"> </w:t>
      </w:r>
      <w:r w:rsidR="00646188">
        <w:rPr>
          <w:rFonts w:ascii="-webkit-standard" w:eastAsia="Times New Roman" w:hAnsi="-webkit-standard" w:cstheme="minorBidi"/>
          <w:b/>
          <w:bCs/>
          <w:color w:val="000000"/>
          <w:sz w:val="30"/>
          <w:szCs w:val="30"/>
          <w:u w:val="single"/>
          <w:rtl/>
          <w:lang w:val="en-US" w:eastAsia="en-US" w:bidi="ar-SA"/>
        </w:rPr>
        <w:t>أختار</w:t>
      </w:r>
      <w:r w:rsidR="00646188">
        <w:rPr>
          <w:rFonts w:ascii="-webkit-standard" w:eastAsia="Times New Roman" w:hAnsi="-webkit-standard" w:cstheme="minorBidi"/>
          <w:b/>
          <w:bCs/>
          <w:color w:val="000000"/>
          <w:sz w:val="30"/>
          <w:szCs w:val="30"/>
          <w:u w:val="single"/>
          <w:rtl/>
          <w:lang w:val="en-US" w:eastAsia="en-US" w:bidi="ar-SA"/>
        </w:rPr>
        <w:t> </w:t>
      </w:r>
      <w:r w:rsidR="00646188">
        <w:rPr>
          <w:rFonts w:ascii="-webkit-standard" w:eastAsia="Times New Roman" w:hAnsi="-webkit-standard" w:cstheme="minorBidi"/>
          <w:b/>
          <w:bCs/>
          <w:color w:val="000000"/>
          <w:sz w:val="30"/>
          <w:szCs w:val="30"/>
          <w:u w:val="single"/>
          <w:rtl/>
          <w:lang w:val="en-US" w:eastAsia="en-US" w:bidi="ar-SA"/>
        </w:rPr>
        <w:t>الإجابة الصحيحة لكل من العبارات التالية:</w:t>
      </w:r>
    </w:p>
    <w:tbl>
      <w:tblPr>
        <w:tblStyle w:val="TableGrid0"/>
        <w:bidiVisual/>
        <w:tblW w:w="0" w:type="auto"/>
        <w:tblInd w:w="554" w:type="dxa"/>
        <w:tblLook w:val="04A0"/>
      </w:tblPr>
      <w:tblGrid>
        <w:gridCol w:w="4409"/>
        <w:gridCol w:w="4409"/>
      </w:tblGrid>
      <w:tr w14:paraId="3BAE6D19" w14:textId="77777777" w:rsidTr="00652734">
        <w:tblPrEx>
          <w:tblW w:w="0" w:type="auto"/>
          <w:tblInd w:w="554" w:type="dxa"/>
          <w:tblLook w:val="04A0"/>
        </w:tblPrEx>
        <w:trPr>
          <w:trHeight w:val="466"/>
        </w:trPr>
        <w:tc>
          <w:tcPr>
            <w:tcW w:w="8818" w:type="dxa"/>
            <w:gridSpan w:val="2"/>
            <w:shd w:val="clear" w:color="auto" w:fill="FFFFFF"/>
            <w:vAlign w:val="center"/>
          </w:tcPr>
          <w:p w:rsidR="00DE7D53" w:rsidRPr="002724AC" w:rsidP="00D268EC" w14:paraId="33FAE84C" w14:textId="77777777">
            <w:pPr>
              <w:pStyle w:val="ListParagraph"/>
              <w:numPr>
                <w:ilvl w:val="0"/>
                <w:numId w:val="10"/>
              </w:numPr>
              <w:bidi/>
              <w:ind w:left="940" w:hanging="360"/>
              <w:contextualSpacing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074190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بالقليل</w:t>
            </w:r>
            <w:r w:rsidRPr="00074190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من</w:t>
            </w:r>
            <w:r w:rsidRPr="00074190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العناية</w:t>
            </w:r>
            <w:r w:rsidRPr="00074190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نحصل</w:t>
            </w:r>
            <w:r w:rsidRPr="00074190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على</w:t>
            </w:r>
            <w:r w:rsidRPr="00074190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غرفة</w:t>
            </w:r>
            <w:r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:</w:t>
            </w:r>
          </w:p>
        </w:tc>
      </w:tr>
      <w:tr w14:paraId="0ABEDCF3" w14:textId="77777777" w:rsidTr="00B148CD">
        <w:tblPrEx>
          <w:tblW w:w="0" w:type="auto"/>
          <w:tblInd w:w="554" w:type="dxa"/>
          <w:tblLook w:val="04A0"/>
        </w:tblPrEx>
        <w:trPr>
          <w:trHeight w:val="466"/>
        </w:trPr>
        <w:tc>
          <w:tcPr>
            <w:tcW w:w="4409" w:type="dxa"/>
            <w:vAlign w:val="center"/>
          </w:tcPr>
          <w:p w:rsidR="00DE7D53" w:rsidRPr="00312DFF" w:rsidP="00B148CD" w14:paraId="2D9C287B" w14:textId="77777777">
            <w:pPr>
              <w:bidi/>
              <w:jc w:val="center"/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  <w:lang w:val="en-US" w:eastAsia="en-US" w:bidi="ar-SA"/>
              </w:rPr>
            </w:pPr>
            <w:r w:rsidRPr="00F3493B">
              <w:rPr>
                <w:rFonts w:ascii="Calibri Light" w:eastAsia="Times New Roman" w:hAnsi="Calibri Light" w:hint="cs"/>
                <w:b/>
                <w:bCs/>
                <w:color w:val="000000"/>
                <w:sz w:val="32"/>
                <w:szCs w:val="32"/>
                <w:rtl/>
                <w:lang w:val="en-US" w:eastAsia="en-US" w:bidi="ar-SA"/>
              </w:rPr>
              <w:t>تحتوي</w:t>
            </w:r>
            <w:r w:rsidRPr="00F3493B"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F3493B">
              <w:rPr>
                <w:rFonts w:ascii="Calibri Light" w:eastAsia="Times New Roman" w:hAnsi="Calibri Light" w:hint="cs"/>
                <w:b/>
                <w:bCs/>
                <w:color w:val="000000"/>
                <w:sz w:val="32"/>
                <w:szCs w:val="32"/>
                <w:rtl/>
                <w:lang w:val="en-US" w:eastAsia="en-US" w:bidi="ar-SA"/>
              </w:rPr>
              <w:t>على</w:t>
            </w:r>
            <w:r w:rsidRPr="00F3493B"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F3493B">
              <w:rPr>
                <w:rFonts w:ascii="Calibri Light" w:eastAsia="Times New Roman" w:hAnsi="Calibri Light" w:hint="cs"/>
                <w:b/>
                <w:bCs/>
                <w:color w:val="000000"/>
                <w:sz w:val="32"/>
                <w:szCs w:val="32"/>
                <w:rtl/>
                <w:lang w:val="en-US" w:eastAsia="en-US" w:bidi="ar-SA"/>
              </w:rPr>
              <w:t>الجراثيم</w:t>
            </w:r>
          </w:p>
        </w:tc>
        <w:tc>
          <w:tcPr>
            <w:tcW w:w="4409" w:type="dxa"/>
            <w:vAlign w:val="center"/>
          </w:tcPr>
          <w:p w:rsidR="00DE7D53" w:rsidRPr="00312DFF" w:rsidP="00B148CD" w14:paraId="5AC9CCB3" w14:textId="77777777">
            <w:pPr>
              <w:bidi/>
              <w:jc w:val="center"/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  <w:lang w:val="en-US" w:eastAsia="en-US" w:bidi="ar-SA"/>
              </w:rPr>
            </w:pPr>
            <w:r w:rsidRPr="0051114A">
              <w:rPr>
                <w:rFonts w:ascii="Calibri Light" w:eastAsia="Times New Roman" w:hAnsi="Calibri Light" w:hint="cs"/>
                <w:b/>
                <w:bCs/>
                <w:color w:val="000000"/>
                <w:sz w:val="32"/>
                <w:szCs w:val="32"/>
                <w:rtl/>
                <w:lang w:val="en-US" w:eastAsia="en-US" w:bidi="ar-SA"/>
              </w:rPr>
              <w:t>نظيفة</w:t>
            </w:r>
            <w:r w:rsidRPr="0051114A"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51114A">
              <w:rPr>
                <w:rFonts w:ascii="Calibri Light" w:eastAsia="Times New Roman" w:hAnsi="Calibri Light" w:hint="cs"/>
                <w:b/>
                <w:bCs/>
                <w:color w:val="000000"/>
                <w:sz w:val="32"/>
                <w:szCs w:val="32"/>
                <w:rtl/>
                <w:lang w:val="en-US" w:eastAsia="en-US" w:bidi="ar-SA"/>
              </w:rPr>
              <w:t>ومرتبة</w:t>
            </w:r>
          </w:p>
        </w:tc>
      </w:tr>
      <w:tr w14:paraId="454503E0" w14:textId="77777777" w:rsidTr="00B148CD">
        <w:tblPrEx>
          <w:tblW w:w="0" w:type="auto"/>
          <w:tblInd w:w="554" w:type="dxa"/>
          <w:tblLook w:val="04A0"/>
        </w:tblPrEx>
        <w:trPr>
          <w:trHeight w:val="466"/>
        </w:trPr>
        <w:tc>
          <w:tcPr>
            <w:tcW w:w="8818" w:type="dxa"/>
            <w:gridSpan w:val="2"/>
            <w:vAlign w:val="center"/>
          </w:tcPr>
          <w:p w:rsidR="00DE7D53" w:rsidRPr="00D268EC" w:rsidP="00D268EC" w14:paraId="572F1BA9" w14:textId="77777777">
            <w:pPr>
              <w:pStyle w:val="ListParagraph"/>
              <w:numPr>
                <w:ilvl w:val="0"/>
                <w:numId w:val="10"/>
              </w:numPr>
              <w:bidi/>
              <w:ind w:left="940" w:hanging="360"/>
              <w:contextualSpacing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D9623E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يوضع</w:t>
            </w:r>
            <w:r w:rsidRPr="00D9623E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D9623E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فراش</w:t>
            </w:r>
            <w:r w:rsidRPr="00D9623E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D9623E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السرير</w:t>
            </w:r>
            <w:r w:rsidRPr="00D9623E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D9623E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في</w:t>
            </w:r>
            <w:r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:</w:t>
            </w:r>
          </w:p>
        </w:tc>
      </w:tr>
      <w:tr w14:paraId="1B70FD75" w14:textId="77777777" w:rsidTr="00B148CD">
        <w:tblPrEx>
          <w:tblW w:w="0" w:type="auto"/>
          <w:tblInd w:w="554" w:type="dxa"/>
          <w:tblLook w:val="04A0"/>
        </w:tblPrEx>
        <w:trPr>
          <w:trHeight w:val="466"/>
        </w:trPr>
        <w:tc>
          <w:tcPr>
            <w:tcW w:w="4409" w:type="dxa"/>
            <w:vAlign w:val="center"/>
          </w:tcPr>
          <w:p w:rsidR="00DE7D53" w:rsidP="00B148CD" w14:paraId="03B28E48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77175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تيار</w:t>
            </w:r>
            <w:r w:rsidRPr="00F77175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F77175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هوائي</w:t>
            </w:r>
            <w:r w:rsidRPr="00F77175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F77175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معرض</w:t>
            </w:r>
            <w:r w:rsidRPr="00F77175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F77175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للشمس</w:t>
            </w:r>
          </w:p>
        </w:tc>
        <w:tc>
          <w:tcPr>
            <w:tcW w:w="4409" w:type="dxa"/>
            <w:vAlign w:val="center"/>
          </w:tcPr>
          <w:p w:rsidR="00DE7D53" w:rsidP="00B148CD" w14:paraId="740914D4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5158DF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في</w:t>
            </w:r>
            <w:r w:rsidRPr="005158DF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5158DF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الظل</w:t>
            </w:r>
          </w:p>
        </w:tc>
      </w:tr>
      <w:tr w14:paraId="2D01F0C0" w14:textId="77777777" w:rsidTr="00396398">
        <w:tblPrEx>
          <w:tblW w:w="0" w:type="auto"/>
          <w:tblInd w:w="554" w:type="dxa"/>
          <w:tblLook w:val="04A0"/>
        </w:tblPrEx>
        <w:trPr>
          <w:trHeight w:val="466"/>
        </w:trPr>
        <w:tc>
          <w:tcPr>
            <w:tcW w:w="8818" w:type="dxa"/>
            <w:gridSpan w:val="2"/>
            <w:vAlign w:val="center"/>
          </w:tcPr>
          <w:p w:rsidR="00DE7D53" w:rsidRPr="00191A2C" w:rsidP="00D45733" w14:paraId="58B82F78" w14:textId="77777777">
            <w:pPr>
              <w:pStyle w:val="ListParagraph"/>
              <w:numPr>
                <w:ilvl w:val="0"/>
                <w:numId w:val="10"/>
              </w:numPr>
              <w:bidi/>
              <w:ind w:left="940" w:hanging="360"/>
              <w:contextualSpacing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B24CAF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من</w:t>
            </w:r>
            <w:r w:rsidRPr="00B24CAF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صفات</w:t>
            </w:r>
            <w:r w:rsidRPr="00B24CAF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الملابس</w:t>
            </w:r>
            <w:r w:rsidRPr="00B24CAF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المدرسية</w:t>
            </w:r>
            <w:r w:rsidRPr="00B24CAF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أن</w:t>
            </w:r>
            <w:r w:rsidRPr="00B24CAF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تكون</w:t>
            </w:r>
            <w:r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:</w:t>
            </w:r>
          </w:p>
        </w:tc>
      </w:tr>
      <w:tr w14:paraId="6A614446" w14:textId="77777777" w:rsidTr="00B148CD">
        <w:tblPrEx>
          <w:tblW w:w="0" w:type="auto"/>
          <w:tblInd w:w="554" w:type="dxa"/>
          <w:tblLook w:val="04A0"/>
        </w:tblPrEx>
        <w:trPr>
          <w:trHeight w:val="466"/>
        </w:trPr>
        <w:tc>
          <w:tcPr>
            <w:tcW w:w="4409" w:type="dxa"/>
            <w:vAlign w:val="center"/>
          </w:tcPr>
          <w:p w:rsidR="00DE7D53" w:rsidRPr="00B22CDC" w:rsidP="00B148CD" w14:paraId="3E7DCDA4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AA08EE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تتحمل</w:t>
            </w:r>
            <w:r w:rsidRPr="00AA08EE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AA08EE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الاستعمال</w:t>
            </w:r>
            <w:r w:rsidRPr="00AA08EE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AA08EE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الطويل</w:t>
            </w:r>
          </w:p>
        </w:tc>
        <w:tc>
          <w:tcPr>
            <w:tcW w:w="4409" w:type="dxa"/>
            <w:vAlign w:val="center"/>
          </w:tcPr>
          <w:p w:rsidR="00DE7D53" w:rsidRPr="00363E76" w:rsidP="00B148CD" w14:paraId="7B46E8E3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34014A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ضيقة</w:t>
            </w:r>
            <w:r w:rsidRPr="0034014A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34014A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وتعيق</w:t>
            </w:r>
            <w:r w:rsidR="00F3333D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الحركة </w:t>
            </w:r>
          </w:p>
        </w:tc>
      </w:tr>
      <w:tr w14:paraId="7D9D8A40" w14:textId="77777777" w:rsidTr="00E21096">
        <w:tblPrEx>
          <w:tblW w:w="0" w:type="auto"/>
          <w:tblInd w:w="554" w:type="dxa"/>
          <w:tblLook w:val="04A0"/>
        </w:tblPrEx>
        <w:trPr>
          <w:trHeight w:val="466"/>
        </w:trPr>
        <w:tc>
          <w:tcPr>
            <w:tcW w:w="8818" w:type="dxa"/>
            <w:gridSpan w:val="2"/>
            <w:vAlign w:val="center"/>
          </w:tcPr>
          <w:p w:rsidR="00DE7D53" w:rsidRPr="00197F66" w:rsidP="00D45733" w14:paraId="30851C5B" w14:textId="77777777">
            <w:pPr>
              <w:pStyle w:val="ListParagraph"/>
              <w:numPr>
                <w:ilvl w:val="0"/>
                <w:numId w:val="10"/>
              </w:numPr>
              <w:bidi/>
              <w:ind w:left="940" w:hanging="360"/>
              <w:contextualSpacing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BE2889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إذا</w:t>
            </w:r>
            <w:r w:rsidRPr="00BE2889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كان</w:t>
            </w:r>
            <w:r w:rsidRPr="00BE2889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الحذاء</w:t>
            </w:r>
            <w:r w:rsidRPr="00BE2889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صغير</w:t>
            </w:r>
            <w:r w:rsidRPr="00BE2889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يؤدي</w:t>
            </w:r>
            <w:r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:</w:t>
            </w:r>
          </w:p>
        </w:tc>
      </w:tr>
      <w:tr w14:paraId="2EDDF508" w14:textId="77777777" w:rsidTr="00B148CD">
        <w:tblPrEx>
          <w:tblW w:w="0" w:type="auto"/>
          <w:tblInd w:w="554" w:type="dxa"/>
          <w:tblLook w:val="04A0"/>
        </w:tblPrEx>
        <w:trPr>
          <w:trHeight w:val="466"/>
        </w:trPr>
        <w:tc>
          <w:tcPr>
            <w:tcW w:w="4409" w:type="dxa"/>
            <w:vAlign w:val="center"/>
          </w:tcPr>
          <w:p w:rsidR="00DE7D53" w:rsidRPr="00085790" w:rsidP="00B148CD" w14:paraId="1FCDA620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D4515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صغر</w:t>
            </w:r>
            <w:r w:rsidRPr="00FD4515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FD4515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القدم</w:t>
            </w:r>
          </w:p>
        </w:tc>
        <w:tc>
          <w:tcPr>
            <w:tcW w:w="4409" w:type="dxa"/>
            <w:vAlign w:val="center"/>
          </w:tcPr>
          <w:p w:rsidR="00DE7D53" w:rsidRPr="00251F65" w:rsidP="00B148CD" w14:paraId="2F6ACA41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A569F4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إعاقة</w:t>
            </w:r>
            <w:r w:rsidRPr="00A569F4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A569F4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الدورة</w:t>
            </w:r>
            <w:r w:rsidRPr="00A569F4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A569F4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الدموية</w:t>
            </w:r>
          </w:p>
        </w:tc>
      </w:tr>
      <w:tr w14:paraId="7A99A566" w14:textId="77777777" w:rsidTr="008E6000">
        <w:tblPrEx>
          <w:tblW w:w="0" w:type="auto"/>
          <w:tblInd w:w="554" w:type="dxa"/>
          <w:tblLook w:val="04A0"/>
        </w:tblPrEx>
        <w:trPr>
          <w:trHeight w:val="466"/>
        </w:trPr>
        <w:tc>
          <w:tcPr>
            <w:tcW w:w="8818" w:type="dxa"/>
            <w:gridSpan w:val="2"/>
            <w:vAlign w:val="center"/>
          </w:tcPr>
          <w:p w:rsidR="00DE7D53" w:rsidRPr="00947A1E" w:rsidP="00A832EA" w14:paraId="140E1072" w14:textId="77777777">
            <w:pPr>
              <w:pStyle w:val="ListParagraph"/>
              <w:numPr>
                <w:ilvl w:val="0"/>
                <w:numId w:val="10"/>
              </w:numPr>
              <w:bidi/>
              <w:ind w:left="940" w:hanging="360"/>
              <w:contextualSpacing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D4284D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من</w:t>
            </w:r>
            <w:r w:rsidRPr="00D4284D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D4284D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شروط</w:t>
            </w:r>
            <w:r w:rsidRPr="00D4284D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D4284D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اختيار</w:t>
            </w:r>
            <w:r w:rsidRPr="00D4284D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D4284D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الخضراوات</w:t>
            </w:r>
            <w:r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:</w:t>
            </w:r>
          </w:p>
        </w:tc>
      </w:tr>
      <w:tr w14:paraId="155689DD" w14:textId="77777777" w:rsidTr="00B148CD">
        <w:tblPrEx>
          <w:tblW w:w="0" w:type="auto"/>
          <w:tblInd w:w="554" w:type="dxa"/>
          <w:tblLook w:val="04A0"/>
        </w:tblPrEx>
        <w:trPr>
          <w:trHeight w:val="466"/>
        </w:trPr>
        <w:tc>
          <w:tcPr>
            <w:tcW w:w="4409" w:type="dxa"/>
            <w:vAlign w:val="center"/>
          </w:tcPr>
          <w:p w:rsidR="00DE7D53" w:rsidRPr="00A94B3C" w:rsidP="00B148CD" w14:paraId="736B3EE6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D07242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أن</w:t>
            </w:r>
            <w:r w:rsidRPr="00D07242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D07242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تكون</w:t>
            </w:r>
            <w:r w:rsidRPr="00D07242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D07242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طازجة</w:t>
            </w:r>
          </w:p>
        </w:tc>
        <w:tc>
          <w:tcPr>
            <w:tcW w:w="4409" w:type="dxa"/>
            <w:vAlign w:val="center"/>
          </w:tcPr>
          <w:p w:rsidR="00DE7D53" w:rsidRPr="00427BE2" w:rsidP="00B148CD" w14:paraId="7458FFB4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276DEC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أن</w:t>
            </w:r>
            <w:r w:rsidRPr="00276DEC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276DEC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تكون</w:t>
            </w:r>
            <w:r w:rsidRPr="00276DEC">
              <w:rPr>
                <w:rFonts w:asciiTheme="majorBidi" w:hAnsiTheme="majorBidi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276DEC">
              <w:rPr>
                <w:rFonts w:asciiTheme="majorBidi" w:hAnsiTheme="majorBidi" w:cs="Times New Roman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ذابلة</w:t>
            </w:r>
          </w:p>
        </w:tc>
      </w:tr>
    </w:tbl>
    <w:tbl>
      <w:tblPr>
        <w:tblStyle w:val="TableGrid0"/>
        <w:tblpPr w:leftFromText="180" w:rightFromText="180" w:vertAnchor="text" w:horzAnchor="margin" w:tblpY="786"/>
        <w:bidiVisual/>
        <w:tblW w:w="10762" w:type="dxa"/>
        <w:tblLook w:val="04A0"/>
      </w:tblPr>
      <w:tblGrid>
        <w:gridCol w:w="576"/>
        <w:gridCol w:w="9217"/>
        <w:gridCol w:w="969"/>
      </w:tblGrid>
      <w:tr w14:paraId="523D21C4" w14:textId="77777777" w:rsidTr="00DE7D53">
        <w:tblPrEx>
          <w:tblW w:w="10762" w:type="dxa"/>
          <w:tblLook w:val="04A0"/>
        </w:tblPrEx>
        <w:tc>
          <w:tcPr>
            <w:tcW w:w="10762" w:type="dxa"/>
            <w:gridSpan w:val="3"/>
          </w:tcPr>
          <w:p w:rsidR="00DE7D53" w:rsidRPr="00AB3534" w:rsidP="00DE7D53" w14:paraId="33F3A54C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u w:val="single"/>
                <w:rtl/>
                <w:lang w:val="en-US" w:eastAsia="en-US" w:bidi="ar-SA"/>
              </w:rPr>
            </w:pPr>
            <w:r w:rsidRPr="00AB3534">
              <w:rPr>
                <w:rFonts w:asciiTheme="majorBidi" w:hAnsiTheme="majorBidi" w:cstheme="majorBidi" w:hint="cs"/>
                <w:b/>
                <w:bCs/>
                <w:color w:val="C00000"/>
                <w:sz w:val="32"/>
                <w:szCs w:val="32"/>
                <w:rtl/>
                <w:lang w:val="en-US" w:eastAsia="en-US" w:bidi="ar-SA"/>
              </w:rPr>
              <w:t>السؤال الثاني:</w:t>
            </w:r>
            <w:r w:rsidRPr="00AB3534"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u w:val="single"/>
                <w:rtl/>
                <w:lang w:val="en-US" w:eastAsia="en-US" w:bidi="ar-SA"/>
              </w:rPr>
              <w:t xml:space="preserve"> </w:t>
            </w:r>
            <w:r w:rsidRPr="00AB3534">
              <w:rPr>
                <w:rFonts w:asciiTheme="majorBidi" w:hAnsiTheme="majorBidi" w:cstheme="majorBidi"/>
                <w:b/>
                <w:bCs/>
                <w:color w:val="auto"/>
                <w:sz w:val="32"/>
                <w:szCs w:val="32"/>
                <w:u w:val="single"/>
                <w:rtl/>
                <w:lang w:val="en-US" w:eastAsia="en-US" w:bidi="ar-SA"/>
              </w:rPr>
              <w:t>ضع علامة (√) أمام العبارة الصحيحة وعلامة (X) أمام العبارة الخاطئة:</w:t>
            </w:r>
          </w:p>
          <w:p w:rsidR="00DE7D53" w:rsidRPr="00B37E45" w:rsidP="00DE7D53" w14:paraId="25192F6D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2623CF41" w14:textId="77777777" w:rsidTr="00DE7D53">
        <w:tblPrEx>
          <w:tblW w:w="10762" w:type="dxa"/>
          <w:tblLook w:val="04A0"/>
        </w:tblPrEx>
        <w:tc>
          <w:tcPr>
            <w:tcW w:w="576" w:type="dxa"/>
          </w:tcPr>
          <w:p w:rsidR="00DE7D53" w:rsidRPr="00E178FC" w:rsidP="00DE7D53" w14:paraId="0E454CC0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1</w:t>
            </w:r>
          </w:p>
        </w:tc>
        <w:tc>
          <w:tcPr>
            <w:tcW w:w="9217" w:type="dxa"/>
          </w:tcPr>
          <w:p w:rsidR="00DE7D53" w:rsidRPr="00B37E45" w:rsidP="00DE7D53" w14:paraId="139E0E7C" w14:textId="77777777">
            <w:pPr>
              <w:bidi/>
              <w:rPr>
                <w:rFonts w:ascii="Times New Roman" w:hAnsi="Times New Roman" w:cs="Times New Roman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CA177E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رمي</w:t>
            </w:r>
            <w:r w:rsidRPr="00CA177E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الملابس</w:t>
            </w:r>
            <w:r w:rsidRPr="00CA177E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على</w:t>
            </w:r>
            <w:r w:rsidRPr="00CA177E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الأرض</w:t>
            </w:r>
            <w:r w:rsidRPr="00CA177E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سلوك</w:t>
            </w:r>
            <w:r w:rsidRPr="00CA177E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جيد</w:t>
            </w:r>
          </w:p>
        </w:tc>
        <w:tc>
          <w:tcPr>
            <w:tcW w:w="969" w:type="dxa"/>
          </w:tcPr>
          <w:p w:rsidR="00DE7D53" w:rsidRPr="00B37E45" w:rsidP="00DE7D53" w14:paraId="319E6F62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(      )</w:t>
            </w:r>
          </w:p>
        </w:tc>
      </w:tr>
      <w:tr w14:paraId="0158AD03" w14:textId="77777777" w:rsidTr="00DE7D53">
        <w:tblPrEx>
          <w:tblW w:w="10762" w:type="dxa"/>
          <w:tblLook w:val="04A0"/>
        </w:tblPrEx>
        <w:tc>
          <w:tcPr>
            <w:tcW w:w="576" w:type="dxa"/>
          </w:tcPr>
          <w:p w:rsidR="00DE7D53" w:rsidRPr="00E178FC" w:rsidP="00DE7D53" w14:paraId="46D2C37C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2</w:t>
            </w:r>
          </w:p>
        </w:tc>
        <w:tc>
          <w:tcPr>
            <w:tcW w:w="9217" w:type="dxa"/>
          </w:tcPr>
          <w:p w:rsidR="00DE7D53" w:rsidRPr="00B37E45" w:rsidP="00DE7D53" w14:paraId="1EA241D8" w14:textId="77777777">
            <w:pPr>
              <w:bidi/>
              <w:rPr>
                <w:rFonts w:ascii="Times New Roman" w:hAnsi="Times New Roman" w:cs="Times New Roman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D05F58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تعد</w:t>
            </w:r>
            <w:r w:rsidRPr="00D05F58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الغرفة</w:t>
            </w:r>
            <w:r w:rsidRPr="00D05F58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النظيفة</w:t>
            </w:r>
            <w:r w:rsidRPr="00D05F58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مكاناً</w:t>
            </w:r>
            <w:r w:rsidRPr="00D05F58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ملائماً</w:t>
            </w:r>
            <w:r w:rsidRPr="00D05F58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للدراسة</w:t>
            </w:r>
            <w:r w:rsidRPr="00D05F58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والنوم</w:t>
            </w:r>
          </w:p>
        </w:tc>
        <w:tc>
          <w:tcPr>
            <w:tcW w:w="969" w:type="dxa"/>
          </w:tcPr>
          <w:p w:rsidR="00DE7D53" w:rsidRPr="00B37E45" w:rsidP="00DE7D53" w14:paraId="51C4AE1F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(      )</w:t>
            </w:r>
          </w:p>
        </w:tc>
      </w:tr>
      <w:tr w14:paraId="40BA8F5C" w14:textId="77777777" w:rsidTr="00DE7D53">
        <w:tblPrEx>
          <w:tblW w:w="10762" w:type="dxa"/>
          <w:tblLook w:val="04A0"/>
        </w:tblPrEx>
        <w:tc>
          <w:tcPr>
            <w:tcW w:w="576" w:type="dxa"/>
          </w:tcPr>
          <w:p w:rsidR="00DE7D53" w:rsidRPr="00E178FC" w:rsidP="00DE7D53" w14:paraId="41F20616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3</w:t>
            </w:r>
          </w:p>
        </w:tc>
        <w:tc>
          <w:tcPr>
            <w:tcW w:w="9217" w:type="dxa"/>
          </w:tcPr>
          <w:p w:rsidR="00DE7D53" w:rsidRPr="00B37E45" w:rsidP="00DE7D53" w14:paraId="7CE04418" w14:textId="77777777">
            <w:pPr>
              <w:bidi/>
              <w:rPr>
                <w:rFonts w:ascii="Times New Roman" w:hAnsi="Times New Roman" w:cs="Times New Roman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052317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تنقع</w:t>
            </w:r>
            <w:r w:rsidRPr="00052317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الجوارب</w:t>
            </w:r>
            <w:r w:rsidRPr="00052317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البيض</w:t>
            </w:r>
            <w:r w:rsidRPr="00052317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الأكثر</w:t>
            </w:r>
            <w:r w:rsidRPr="00052317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اتساخاً</w:t>
            </w:r>
            <w:r w:rsidRPr="00052317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بالماء</w:t>
            </w:r>
            <w:r w:rsidRPr="00052317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والصابون</w:t>
            </w:r>
          </w:p>
        </w:tc>
        <w:tc>
          <w:tcPr>
            <w:tcW w:w="969" w:type="dxa"/>
          </w:tcPr>
          <w:p w:rsidR="00DE7D53" w:rsidRPr="00B37E45" w:rsidP="00DE7D53" w14:paraId="42A14AAC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(      )</w:t>
            </w:r>
          </w:p>
        </w:tc>
      </w:tr>
      <w:tr w14:paraId="403A7BAA" w14:textId="77777777" w:rsidTr="00DE7D53">
        <w:tblPrEx>
          <w:tblW w:w="10762" w:type="dxa"/>
          <w:tblLook w:val="04A0"/>
        </w:tblPrEx>
        <w:tc>
          <w:tcPr>
            <w:tcW w:w="576" w:type="dxa"/>
          </w:tcPr>
          <w:p w:rsidR="00DE7D53" w:rsidRPr="00E178FC" w:rsidP="00DE7D53" w14:paraId="501AA552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4</w:t>
            </w:r>
          </w:p>
        </w:tc>
        <w:tc>
          <w:tcPr>
            <w:tcW w:w="9217" w:type="dxa"/>
          </w:tcPr>
          <w:p w:rsidR="00DE7D53" w:rsidRPr="00B37E45" w:rsidP="00DE7D53" w14:paraId="29452005" w14:textId="77777777">
            <w:pPr>
              <w:bidi/>
              <w:rPr>
                <w:rFonts w:ascii="Times New Roman" w:hAnsi="Times New Roman" w:cs="Times New Roman"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 xml:space="preserve">الحذاء يحمي </w:t>
            </w:r>
            <w:r w:rsidRPr="00A9097D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القدم</w:t>
            </w:r>
            <w:r w:rsidRPr="00A9097D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لهذا</w:t>
            </w:r>
            <w:r w:rsidRPr="00A9097D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يجب</w:t>
            </w:r>
            <w:r w:rsidRPr="00A9097D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أن</w:t>
            </w:r>
            <w:r w:rsidRPr="00A9097D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يكون</w:t>
            </w:r>
            <w:r w:rsidRPr="00A9097D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مريحاً</w:t>
            </w:r>
          </w:p>
        </w:tc>
        <w:tc>
          <w:tcPr>
            <w:tcW w:w="969" w:type="dxa"/>
          </w:tcPr>
          <w:p w:rsidR="00DE7D53" w:rsidRPr="00B37E45" w:rsidP="00DE7D53" w14:paraId="5BEA2280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(      )</w:t>
            </w:r>
          </w:p>
        </w:tc>
      </w:tr>
      <w:tr w14:paraId="6C4BF371" w14:textId="77777777" w:rsidTr="00DE7D53">
        <w:tblPrEx>
          <w:tblW w:w="10762" w:type="dxa"/>
          <w:tblLook w:val="04A0"/>
        </w:tblPrEx>
        <w:tc>
          <w:tcPr>
            <w:tcW w:w="576" w:type="dxa"/>
          </w:tcPr>
          <w:p w:rsidR="00DE7D53" w:rsidRPr="00E178FC" w:rsidP="00DE7D53" w14:paraId="1EA70991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5</w:t>
            </w:r>
          </w:p>
        </w:tc>
        <w:tc>
          <w:tcPr>
            <w:tcW w:w="9217" w:type="dxa"/>
          </w:tcPr>
          <w:p w:rsidR="00DE7D53" w:rsidRPr="00B37E45" w:rsidP="00DE7D53" w14:paraId="0926CD3B" w14:textId="77777777">
            <w:pPr>
              <w:bidi/>
              <w:rPr>
                <w:rFonts w:ascii="Times New Roman" w:hAnsi="Times New Roman" w:cs="Times New Roman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E574C0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يجب</w:t>
            </w:r>
            <w:r w:rsidRPr="00E574C0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غسل</w:t>
            </w:r>
            <w:r w:rsidRPr="00E574C0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الخضراوات</w:t>
            </w:r>
            <w:r w:rsidRPr="00E574C0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جيداً</w:t>
            </w:r>
            <w:r w:rsidRPr="00E574C0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قبل</w:t>
            </w:r>
            <w:r w:rsidRPr="00E574C0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الأكل</w:t>
            </w:r>
          </w:p>
        </w:tc>
        <w:tc>
          <w:tcPr>
            <w:tcW w:w="969" w:type="dxa"/>
          </w:tcPr>
          <w:p w:rsidR="00DE7D53" w:rsidRPr="00B37E45" w:rsidP="00DE7D53" w14:paraId="309C03D6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(      )</w:t>
            </w:r>
          </w:p>
        </w:tc>
      </w:tr>
      <w:tr w14:paraId="79A26CCD" w14:textId="77777777" w:rsidTr="00DE7D53">
        <w:tblPrEx>
          <w:tblW w:w="10762" w:type="dxa"/>
          <w:tblLook w:val="04A0"/>
        </w:tblPrEx>
        <w:tc>
          <w:tcPr>
            <w:tcW w:w="576" w:type="dxa"/>
          </w:tcPr>
          <w:p w:rsidR="00DE7D53" w:rsidP="00DE7D53" w14:paraId="38C739ED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6</w:t>
            </w:r>
          </w:p>
        </w:tc>
        <w:tc>
          <w:tcPr>
            <w:tcW w:w="9217" w:type="dxa"/>
          </w:tcPr>
          <w:p w:rsidR="00DE7D53" w:rsidRPr="0026712A" w:rsidP="00DE7D53" w14:paraId="4E0606F3" w14:textId="77777777">
            <w:pPr>
              <w:bidi/>
              <w:rPr>
                <w:rFonts w:ascii="Times New Roman" w:hAnsi="Times New Roman" w:cs="Times New Roman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3B49BC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تعد</w:t>
            </w:r>
            <w:r w:rsidRPr="003B49BC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السلطة</w:t>
            </w:r>
            <w:r w:rsidRPr="003B49BC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من</w:t>
            </w:r>
            <w:r w:rsidRPr="003B49BC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الأطباق</w:t>
            </w:r>
            <w:r w:rsidRPr="003B49BC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المهمة</w:t>
            </w:r>
            <w:r w:rsidRPr="003B49BC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في</w:t>
            </w:r>
            <w:r w:rsidRPr="003B49BC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وجبات</w:t>
            </w:r>
            <w:r w:rsidRPr="003B49BC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الطعام</w:t>
            </w:r>
          </w:p>
        </w:tc>
        <w:tc>
          <w:tcPr>
            <w:tcW w:w="969" w:type="dxa"/>
          </w:tcPr>
          <w:p w:rsidR="00DE7D53" w:rsidRPr="00B37E45" w:rsidP="00DE7D53" w14:paraId="5845678D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(      )</w:t>
            </w:r>
          </w:p>
        </w:tc>
      </w:tr>
      <w:tr w14:paraId="6385C91E" w14:textId="77777777" w:rsidTr="00DE7D53">
        <w:tblPrEx>
          <w:tblW w:w="10762" w:type="dxa"/>
          <w:tblLook w:val="04A0"/>
        </w:tblPrEx>
        <w:tc>
          <w:tcPr>
            <w:tcW w:w="576" w:type="dxa"/>
          </w:tcPr>
          <w:p w:rsidR="00DE7D53" w:rsidP="00DE7D53" w14:paraId="6734F9D8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7</w:t>
            </w:r>
          </w:p>
        </w:tc>
        <w:tc>
          <w:tcPr>
            <w:tcW w:w="9217" w:type="dxa"/>
          </w:tcPr>
          <w:p w:rsidR="00DE7D53" w:rsidRPr="0026712A" w:rsidP="00DE7D53" w14:paraId="7661B998" w14:textId="77777777">
            <w:pPr>
              <w:bidi/>
              <w:rPr>
                <w:rFonts w:ascii="Times New Roman" w:hAnsi="Times New Roman" w:cs="Times New Roman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51330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إذا</w:t>
            </w:r>
            <w:r w:rsidRPr="00F51330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كانت</w:t>
            </w:r>
            <w:r w:rsidRPr="00F51330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رائحة</w:t>
            </w:r>
            <w:r w:rsidRPr="00F51330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الغرفة</w:t>
            </w:r>
            <w:r w:rsidRPr="00F51330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كريهة</w:t>
            </w:r>
            <w:r w:rsidRPr="00F51330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نفتح</w:t>
            </w:r>
            <w:r w:rsidRPr="00F51330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النوافذ</w:t>
            </w:r>
          </w:p>
        </w:tc>
        <w:tc>
          <w:tcPr>
            <w:tcW w:w="969" w:type="dxa"/>
          </w:tcPr>
          <w:p w:rsidR="00DE7D53" w:rsidRPr="00B37E45" w:rsidP="00DE7D53" w14:paraId="1E19EC2A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(      )</w:t>
            </w:r>
          </w:p>
        </w:tc>
      </w:tr>
      <w:tr w14:paraId="7CC4ED07" w14:textId="77777777" w:rsidTr="00DE7D53">
        <w:tblPrEx>
          <w:tblW w:w="10762" w:type="dxa"/>
          <w:tblLook w:val="04A0"/>
        </w:tblPrEx>
        <w:tc>
          <w:tcPr>
            <w:tcW w:w="576" w:type="dxa"/>
          </w:tcPr>
          <w:p w:rsidR="00DE7D53" w:rsidP="00DE7D53" w14:paraId="1E817724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8</w:t>
            </w:r>
          </w:p>
        </w:tc>
        <w:tc>
          <w:tcPr>
            <w:tcW w:w="9217" w:type="dxa"/>
          </w:tcPr>
          <w:p w:rsidR="00DE7D53" w:rsidRPr="0026712A" w:rsidP="00DE7D53" w14:paraId="67C4617D" w14:textId="77777777">
            <w:pPr>
              <w:bidi/>
              <w:rPr>
                <w:rFonts w:ascii="Times New Roman" w:hAnsi="Times New Roman" w:cs="Times New Roman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2F2AAC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الجوارب</w:t>
            </w:r>
            <w:r w:rsidRPr="002F2AAC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هي</w:t>
            </w:r>
            <w:r w:rsidRPr="002F2AAC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لباس</w:t>
            </w:r>
            <w:r w:rsidRPr="002F2AAC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اليدين</w:t>
            </w:r>
            <w:r w:rsidRPr="002F2AAC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وله</w:t>
            </w:r>
            <w:r w:rsidRPr="002F2AAC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عدة</w:t>
            </w:r>
            <w:r w:rsidRPr="002F2AAC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ألوان</w:t>
            </w:r>
          </w:p>
        </w:tc>
        <w:tc>
          <w:tcPr>
            <w:tcW w:w="969" w:type="dxa"/>
          </w:tcPr>
          <w:p w:rsidR="00DE7D53" w:rsidRPr="00B37E45" w:rsidP="00DE7D53" w14:paraId="73DCE833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(      )</w:t>
            </w:r>
          </w:p>
        </w:tc>
      </w:tr>
      <w:tr w14:paraId="414EE7EF" w14:textId="77777777" w:rsidTr="00DE7D53">
        <w:tblPrEx>
          <w:tblW w:w="10762" w:type="dxa"/>
          <w:tblLook w:val="04A0"/>
        </w:tblPrEx>
        <w:tc>
          <w:tcPr>
            <w:tcW w:w="576" w:type="dxa"/>
          </w:tcPr>
          <w:p w:rsidR="00DE7D53" w:rsidP="00DE7D53" w14:paraId="29C6132A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9</w:t>
            </w:r>
          </w:p>
        </w:tc>
        <w:tc>
          <w:tcPr>
            <w:tcW w:w="9217" w:type="dxa"/>
          </w:tcPr>
          <w:p w:rsidR="00DE7D53" w:rsidRPr="0026712A" w:rsidP="00DE7D53" w14:paraId="2EDA0235" w14:textId="77777777">
            <w:pPr>
              <w:bidi/>
              <w:rPr>
                <w:rFonts w:ascii="Times New Roman" w:hAnsi="Times New Roman" w:cs="Times New Roman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CF5E35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يجب</w:t>
            </w:r>
            <w:r w:rsidRPr="00CF5E35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ذكر</w:t>
            </w:r>
            <w:r w:rsidRPr="00CF5E35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دعاء</w:t>
            </w:r>
            <w:r w:rsidRPr="00CF5E35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اللبس</w:t>
            </w:r>
            <w:r w:rsidRPr="00CF5E35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عند</w:t>
            </w:r>
            <w:r w:rsidRPr="00CF5E35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ارتداء</w:t>
            </w:r>
            <w:r w:rsidRPr="00CF5E35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color w:val="auto"/>
                <w:sz w:val="32"/>
                <w:szCs w:val="32"/>
                <w:rtl/>
                <w:lang w:val="en-US" w:eastAsia="en-US" w:bidi="ar-SA"/>
              </w:rPr>
              <w:t>الملابس</w:t>
            </w:r>
          </w:p>
        </w:tc>
        <w:tc>
          <w:tcPr>
            <w:tcW w:w="969" w:type="dxa"/>
          </w:tcPr>
          <w:p w:rsidR="00DE7D53" w:rsidRPr="00B37E45" w:rsidP="00DE7D53" w14:paraId="7C937DD2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(      )</w:t>
            </w:r>
          </w:p>
        </w:tc>
      </w:tr>
      <w:tr w14:paraId="2A88C281" w14:textId="77777777" w:rsidTr="00DE7D53">
        <w:tblPrEx>
          <w:tblW w:w="10762" w:type="dxa"/>
          <w:tblLook w:val="04A0"/>
        </w:tblPrEx>
        <w:tc>
          <w:tcPr>
            <w:tcW w:w="576" w:type="dxa"/>
          </w:tcPr>
          <w:p w:rsidR="00DE7D53" w:rsidP="00DE7D53" w14:paraId="0B24A567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10</w:t>
            </w:r>
          </w:p>
        </w:tc>
        <w:tc>
          <w:tcPr>
            <w:tcW w:w="9217" w:type="dxa"/>
          </w:tcPr>
          <w:p w:rsidR="00DE7D53" w:rsidRPr="0026712A" w:rsidP="00DE7D53" w14:paraId="17EA1146" w14:textId="77777777">
            <w:pPr>
              <w:bidi/>
              <w:rPr>
                <w:rFonts w:ascii="Times New Roman" w:hAnsi="Times New Roman" w:cs="Times New Roman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016D27">
              <w:rPr>
                <w:rFonts w:asciiTheme="majorBidi" w:hAnsiTheme="majorBidi" w:cs="Times New Roman"/>
                <w:color w:val="auto"/>
                <w:sz w:val="32"/>
                <w:szCs w:val="32"/>
                <w:rtl/>
                <w:lang w:val="en-US" w:eastAsia="en-US" w:bidi="ar-SA"/>
              </w:rPr>
              <w:t>لا ينبغي غسل الملابس الداخلية باستمرار</w:t>
            </w:r>
          </w:p>
        </w:tc>
        <w:tc>
          <w:tcPr>
            <w:tcW w:w="969" w:type="dxa"/>
          </w:tcPr>
          <w:p w:rsidR="00DE7D53" w:rsidRPr="00B37E45" w:rsidP="00DE7D53" w14:paraId="09A56E65" w14:textId="7777777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(      )</w:t>
            </w:r>
          </w:p>
        </w:tc>
      </w:tr>
    </w:tbl>
    <w:p w:rsidR="00DE7D53" w:rsidP="00DE7D53" w14:paraId="5B9A8FFA" w14:textId="77777777">
      <w:pPr>
        <w:bidi/>
        <w:spacing w:after="160" w:line="259" w:lineRule="auto"/>
        <w:rPr>
          <w:rFonts w:ascii="Times New Roman" w:eastAsia="Calibri" w:hAnsi="Times New Roman" w:cs="Times New Roman"/>
          <w:b/>
          <w:bCs/>
          <w:color w:val="auto"/>
          <w:sz w:val="32"/>
          <w:szCs w:val="32"/>
          <w:rtl/>
          <w:lang w:val="en-US" w:eastAsia="en-US" w:bidi="ar-SA"/>
        </w:rPr>
      </w:pPr>
    </w:p>
    <w:p w:rsidR="00DE7D53" w:rsidP="00DE7D53" w14:paraId="53923DBD" w14:textId="77777777">
      <w:pPr>
        <w:bidi/>
        <w:spacing w:after="160" w:line="259" w:lineRule="auto"/>
        <w:rPr>
          <w:rFonts w:ascii="Times New Roman" w:eastAsia="Calibri" w:hAnsi="Times New Roman" w:cs="Times New Roman"/>
          <w:b/>
          <w:bCs/>
          <w:color w:val="auto"/>
          <w:sz w:val="32"/>
          <w:szCs w:val="32"/>
          <w:rtl/>
          <w:lang w:val="en-US" w:eastAsia="en-US" w:bidi="ar-SA"/>
        </w:rPr>
      </w:pPr>
    </w:p>
    <w:p w:rsidR="0026712A" w:rsidP="00157B85" w14:paraId="2C576649" w14:textId="77777777">
      <w:pPr>
        <w:bidi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32"/>
          <w:szCs w:val="32"/>
          <w:rtl/>
          <w:lang w:val="en-US" w:eastAsia="en-US" w:bidi="ar-SA"/>
        </w:rPr>
      </w:pPr>
      <w:r>
        <w:rPr>
          <w:rFonts w:eastAsia="Calibri" w:asciiTheme="majorBidi" w:hAnsiTheme="majorBidi" w:cstheme="majorBidi" w:hint="cs"/>
          <w:b/>
          <w:bCs/>
          <w:color w:val="auto"/>
          <w:sz w:val="32"/>
          <w:szCs w:val="32"/>
          <w:rtl/>
          <w:lang w:val="en-US" w:eastAsia="en-US" w:bidi="ar-SA"/>
        </w:rPr>
        <w:t xml:space="preserve">انتهت </w:t>
      </w:r>
      <w:r w:rsidR="00062112">
        <w:rPr>
          <w:rFonts w:eastAsia="Calibri" w:asciiTheme="majorBidi" w:hAnsiTheme="majorBidi" w:cstheme="majorBidi" w:hint="cs"/>
          <w:b/>
          <w:bCs/>
          <w:color w:val="auto"/>
          <w:sz w:val="32"/>
          <w:szCs w:val="32"/>
          <w:rtl/>
          <w:lang w:val="en-US" w:eastAsia="en-US" w:bidi="ar-SA"/>
        </w:rPr>
        <w:t>الأسئلة بالتوقيق</w:t>
      </w:r>
    </w:p>
    <w:p w:rsidR="00157B85" w:rsidRPr="00986105" w:rsidP="00157B85" w14:paraId="2FFBC434" w14:textId="77777777">
      <w:pPr>
        <w:bidi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32"/>
          <w:szCs w:val="32"/>
          <w:rtl/>
          <w:lang w:val="en-US" w:eastAsia="en-US" w:bidi="ar-SA"/>
        </w:rPr>
        <w:sectPr w:rsidSect="00045E84">
          <w:footerReference w:type="default" r:id="rId7"/>
          <w:type w:val="nextPage"/>
          <w:pgSz w:w="11906" w:h="16838"/>
          <w:pgMar w:top="567" w:right="567" w:bottom="567" w:left="567" w:header="708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eastAsia="Calibri" w:asciiTheme="majorBidi" w:hAnsiTheme="majorBidi" w:cstheme="majorBidi" w:hint="cs"/>
          <w:b/>
          <w:bCs/>
          <w:color w:val="auto"/>
          <w:sz w:val="32"/>
          <w:szCs w:val="32"/>
          <w:rtl/>
          <w:lang w:val="en-US" w:eastAsia="en-US" w:bidi="ar-SA"/>
        </w:rPr>
        <w:t>معلمة المادة</w:t>
      </w:r>
      <w:r w:rsidR="00AA550E">
        <w:rPr>
          <w:rFonts w:eastAsia="Calibri" w:asciiTheme="majorBidi" w:hAnsiTheme="majorBidi" w:cstheme="majorBidi" w:hint="cs"/>
          <w:b/>
          <w:bCs/>
          <w:color w:val="auto"/>
          <w:sz w:val="32"/>
          <w:szCs w:val="32"/>
          <w:rtl/>
          <w:lang w:val="en-US" w:eastAsia="en-US" w:bidi="ar-SA"/>
        </w:rPr>
        <w:t xml:space="preserve"> /</w:t>
      </w:r>
    </w:p>
    <w:p w:rsidR="00372348" w14:paraId="68A2D5E1" w14:textId="66BEA56A">
      <w:pPr>
        <w:bidi/>
        <w:spacing w:after="160" w:line="259" w:lineRule="auto"/>
        <w:rPr>
          <w:rFonts w:ascii="Calibri" w:eastAsia="Calibri" w:hAnsi="Calibri" w:cs="Arial"/>
          <w:color w:val="auto"/>
          <w:sz w:val="22"/>
          <w:szCs w:val="22"/>
          <w:lang w:val="en-US" w:eastAsia="en-US" w:bidi="ar-SA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200025</wp:posOffset>
                </wp:positionH>
                <wp:positionV relativeFrom="paragraph">
                  <wp:posOffset>-221614</wp:posOffset>
                </wp:positionV>
                <wp:extent cx="990600" cy="781050"/>
                <wp:effectExtent l="57150" t="19050" r="76200" b="114300"/>
                <wp:wrapNone/>
                <wp:docPr id="845299881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90600" cy="781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5400000" sx="100000" sy="100000" kx="0" ky="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2348" w:rsidRPr="00B26CEA" w:rsidP="00372348" w14:paraId="2E58AB9E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sz w:val="12"/>
                                <w:szCs w:val="12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B26CEA" w:rsidRPr="00B26CEA" w:rsidP="00372348" w14:paraId="046A6F63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_________</w:t>
                            </w:r>
                          </w:p>
                          <w:p w:rsidR="00372348" w:rsidRPr="00372348" w:rsidP="00372348" w14:paraId="481C7DEB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Suez One" w:eastAsia="Calibri" w:hAnsi="Suez One" w:cs="Suez One"/>
                                <w:color w:val="000000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" o:spid="_x0000_s1027" type="#_x0000_t202" style="width:78pt;height:61.5pt;margin-top:-17.45pt;margin-left:15.75pt;mso-height-percent:0;mso-height-relative:margin;mso-position-horizontal-relative:page;mso-wrap-distance-bottom:0;mso-wrap-distance-left:9pt;mso-wrap-distance-right:9pt;mso-wrap-distance-top:0;position:absolute;v-text-anchor:middle;z-index:251661312" filled="f" fillcolor="this" stroked="t" strokecolor="black" strokeweight="1.5pt">
                <v:shadow on="t" type="perspective" color="black" opacity="26214f" origin=",-0.5" offset="0,3pt"/>
                <v:textbox>
                  <w:txbxContent>
                    <w:p w:rsidR="00372348" w:rsidRPr="00B26CEA" w:rsidP="00372348" w14:paraId="0F3F2283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sz w:val="12"/>
                          <w:szCs w:val="12"/>
                          <w:rtl/>
                          <w:lang w:val="en-US" w:eastAsia="en-US" w:bidi="ar-SA"/>
                        </w:rPr>
                      </w:pPr>
                    </w:p>
                    <w:p w:rsidR="00B26CEA" w:rsidRPr="00B26CEA" w:rsidP="00372348" w14:paraId="041BC6BF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>_________</w:t>
                      </w:r>
                    </w:p>
                    <w:p w:rsidR="00372348" w:rsidRPr="00372348" w:rsidP="00372348" w14:paraId="38A447FB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Suez One" w:eastAsia="Calibri" w:hAnsi="Suez One" w:cs="Suez One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</w:p>
    <w:p w:rsidR="00372348" w:rsidRPr="00B26CEA" w14:paraId="49F41485" w14:textId="77777777">
      <w:pPr>
        <w:bidi/>
        <w:spacing w:after="160" w:line="259" w:lineRule="auto"/>
        <w:rPr>
          <w:rFonts w:ascii="Calibri" w:eastAsia="Calibri" w:hAnsi="Calibri" w:cs="Arial"/>
          <w:color w:val="auto"/>
          <w:sz w:val="2"/>
          <w:szCs w:val="2"/>
          <w:lang w:val="en-US" w:eastAsia="en-US" w:bidi="ar-SA"/>
        </w:rPr>
      </w:pPr>
    </w:p>
    <w:p w:rsidR="00372348" w:rsidRPr="000E16ED" w:rsidP="00372348" w14:paraId="33C40EDB" w14:textId="77777777">
      <w:pPr>
        <w:bidi/>
        <w:spacing w:after="160" w:line="259" w:lineRule="auto"/>
        <w:jc w:val="center"/>
        <w:rPr>
          <w:rFonts w:ascii="Calibri" w:eastAsia="Calibri" w:hAnsi="Calibri" w:cs="Arial"/>
          <w:color w:val="auto"/>
          <w:sz w:val="6"/>
          <w:szCs w:val="6"/>
          <w:rtl/>
          <w:lang w:val="en-US" w:eastAsia="en-US" w:bidi="ar-SA"/>
        </w:rPr>
      </w:pPr>
    </w:p>
    <w:p w:rsidR="00704200" w:rsidRPr="00972976" w:rsidP="00372348" w14:paraId="037AA78D" w14:textId="3AA5A767">
      <w:pPr>
        <w:bidi/>
        <w:spacing w:after="160" w:line="259" w:lineRule="auto"/>
        <w:jc w:val="center"/>
        <w:rPr>
          <w:rFonts w:ascii="Calibri" w:eastAsia="Calibri" w:hAnsi="Calibri" w:cs="Arial"/>
          <w:color w:val="auto"/>
          <w:sz w:val="28"/>
          <w:szCs w:val="28"/>
          <w:u w:val="single"/>
          <w:rtl/>
          <w:lang w:val="en-US" w:eastAsia="en-US" w:bidi="ar-SA"/>
        </w:rPr>
      </w:pPr>
      <w:r w:rsidRPr="00972976">
        <w:rPr>
          <w:rFonts w:ascii="Calibri" w:eastAsia="Calibri" w:hAnsi="Calibri" w:cstheme="minorBidi" w:hint="cs"/>
          <w:color w:val="auto"/>
          <w:sz w:val="28"/>
          <w:szCs w:val="28"/>
          <w:u w:val="single"/>
          <w:rtl/>
          <w:lang w:val="en-US" w:eastAsia="en-US" w:bidi="ar-SA"/>
        </w:rPr>
        <w:t xml:space="preserve">اختبار الفترة لمادة المهارات الحياتية والأسرية للصف الرابع الفصل الدراسي الأول </w:t>
      </w:r>
      <w:r>
        <w:rPr>
          <w:rFonts w:ascii="Calibri" w:eastAsia="Calibri" w:hAnsi="Calibri" w:cstheme="minorBidi" w:hint="cs"/>
          <w:color w:val="auto"/>
          <w:sz w:val="28"/>
          <w:szCs w:val="28"/>
          <w:u w:val="single"/>
          <w:rtl/>
          <w:lang w:val="en-US" w:eastAsia="en-US" w:bidi="ar-SA"/>
        </w:rPr>
        <w:t>144</w:t>
      </w:r>
      <w:r w:rsidR="00FE4AE8">
        <w:rPr>
          <w:rFonts w:ascii="Calibri" w:eastAsia="Calibri" w:hAnsi="Calibri" w:cstheme="minorBidi" w:hint="cs"/>
          <w:color w:val="auto"/>
          <w:sz w:val="28"/>
          <w:szCs w:val="28"/>
          <w:u w:val="single"/>
          <w:rtl/>
          <w:lang w:val="en-US" w:eastAsia="en-US" w:bidi="ar-SA"/>
        </w:rPr>
        <w:t>8</w:t>
      </w:r>
      <w:r w:rsidRPr="00972976">
        <w:rPr>
          <w:rFonts w:ascii="Calibri" w:eastAsia="Calibri" w:hAnsi="Calibri" w:cstheme="minorBidi" w:hint="cs"/>
          <w:color w:val="auto"/>
          <w:sz w:val="28"/>
          <w:szCs w:val="28"/>
          <w:u w:val="single"/>
          <w:rtl/>
          <w:lang w:val="en-US" w:eastAsia="en-US" w:bidi="ar-SA"/>
        </w:rPr>
        <w:t xml:space="preserve"> هـ</w:t>
      </w:r>
    </w:p>
    <w:tbl>
      <w:tblPr>
        <w:tblStyle w:val="TableGrid00"/>
        <w:bidiVisual/>
        <w:tblW w:w="0" w:type="auto"/>
        <w:tblInd w:w="-1" w:type="dxa"/>
        <w:tblLook w:val="04A0"/>
      </w:tblPr>
      <w:tblGrid>
        <w:gridCol w:w="1418"/>
        <w:gridCol w:w="5522"/>
        <w:gridCol w:w="1276"/>
        <w:gridCol w:w="1841"/>
      </w:tblGrid>
      <w:tr w14:paraId="038BBDB7" w14:textId="77777777" w:rsidTr="008B6F08">
        <w:tblPrEx>
          <w:tblW w:w="0" w:type="auto"/>
          <w:tblInd w:w="-1" w:type="dxa"/>
          <w:tblLook w:val="04A0"/>
        </w:tblPrEx>
        <w:tc>
          <w:tcPr>
            <w:tcW w:w="1418" w:type="dxa"/>
            <w:shd w:val="pct10" w:color="auto" w:fill="auto"/>
            <w:vAlign w:val="center"/>
          </w:tcPr>
          <w:p w:rsidR="00372348" w:rsidP="00372348" w14:paraId="137A8459" w14:textId="77777777">
            <w:pPr>
              <w:bidi/>
              <w:jc w:val="center"/>
              <w:rPr>
                <w:rFonts w:ascii="Calibri" w:hAnsi="Calibri"/>
                <w:color w:val="auto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theme="minorBidi" w:hint="cs"/>
                <w:color w:val="auto"/>
                <w:sz w:val="28"/>
                <w:szCs w:val="28"/>
                <w:rtl/>
                <w:lang w:val="en-US" w:eastAsia="en-US" w:bidi="ar-SA"/>
              </w:rPr>
              <w:t>اسم الطالب</w:t>
            </w:r>
          </w:p>
        </w:tc>
        <w:tc>
          <w:tcPr>
            <w:tcW w:w="5522" w:type="dxa"/>
            <w:vAlign w:val="center"/>
          </w:tcPr>
          <w:p w:rsidR="00372348" w:rsidRPr="00BA12A2" w:rsidP="00372348" w14:paraId="5E33FFAE" w14:textId="77777777">
            <w:pPr>
              <w:bidi/>
              <w:jc w:val="center"/>
              <w:rPr>
                <w:rFonts w:ascii="Calibri" w:hAnsi="Calibri"/>
                <w:color w:val="auto"/>
                <w:sz w:val="52"/>
                <w:szCs w:val="52"/>
                <w:rtl/>
                <w:lang w:val="en-US" w:eastAsia="en-US" w:bidi="ar-SA"/>
              </w:rPr>
            </w:pPr>
            <w:r w:rsidRPr="009C0FE0">
              <w:rPr>
                <w:rFonts w:ascii="Calibri" w:hAnsi="Calibri" w:cstheme="minorBidi" w:hint="cs"/>
                <w:color w:val="auto"/>
                <w:sz w:val="20"/>
                <w:szCs w:val="20"/>
                <w:rtl/>
                <w:lang w:val="en-US" w:eastAsia="en-US" w:bidi="ar-SA"/>
              </w:rPr>
              <w:t>...........</w:t>
            </w:r>
            <w:r>
              <w:rPr>
                <w:rFonts w:ascii="Calibri" w:hAnsi="Calibri" w:cstheme="minorBidi" w:hint="cs"/>
                <w:color w:val="auto"/>
                <w:sz w:val="20"/>
                <w:szCs w:val="20"/>
                <w:rtl/>
                <w:lang w:val="en-US" w:eastAsia="en-US" w:bidi="ar-SA"/>
              </w:rPr>
              <w:t>.........................................................</w:t>
            </w:r>
            <w:r w:rsidRPr="009C0FE0">
              <w:rPr>
                <w:rFonts w:ascii="Calibri" w:hAnsi="Calibri" w:cstheme="minorBidi" w:hint="cs"/>
                <w:color w:val="auto"/>
                <w:sz w:val="20"/>
                <w:szCs w:val="20"/>
                <w:rtl/>
                <w:lang w:val="en-US" w:eastAsia="en-US" w:bidi="ar-SA"/>
              </w:rPr>
              <w:t>....................</w:t>
            </w:r>
            <w:r w:rsidRPr="009C0FE0">
              <w:rPr>
                <w:rFonts w:ascii="Calibri" w:hAnsi="Calibri" w:cstheme="minorBidi" w:hint="cs"/>
                <w:color w:val="FFFFFF"/>
                <w:sz w:val="48"/>
                <w:szCs w:val="48"/>
                <w:rtl/>
                <w:lang w:val="en-US" w:eastAsia="en-US" w:bidi="ar-SA"/>
              </w:rPr>
              <w:t>.</w:t>
            </w:r>
          </w:p>
        </w:tc>
        <w:tc>
          <w:tcPr>
            <w:tcW w:w="1276" w:type="dxa"/>
            <w:shd w:val="pct10" w:color="auto" w:fill="auto"/>
            <w:vAlign w:val="center"/>
          </w:tcPr>
          <w:p w:rsidR="00372348" w:rsidP="00372348" w14:paraId="0BE49CA4" w14:textId="77777777">
            <w:pPr>
              <w:bidi/>
              <w:jc w:val="center"/>
              <w:rPr>
                <w:rFonts w:ascii="Calibri" w:hAnsi="Calibri"/>
                <w:color w:val="auto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theme="minorBidi" w:hint="cs"/>
                <w:color w:val="auto"/>
                <w:sz w:val="28"/>
                <w:szCs w:val="28"/>
                <w:rtl/>
                <w:lang w:val="en-US" w:eastAsia="en-US" w:bidi="ar-SA"/>
              </w:rPr>
              <w:t>الفصل</w:t>
            </w:r>
            <w:r w:rsidRPr="009C0FE0" w:rsidR="009C0FE0">
              <w:rPr>
                <w:rFonts w:ascii="Calibri" w:hAnsi="Calibri" w:cstheme="minorBidi" w:hint="cs"/>
                <w:color w:val="auto"/>
                <w:sz w:val="40"/>
                <w:szCs w:val="40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1841" w:type="dxa"/>
            <w:vAlign w:val="center"/>
          </w:tcPr>
          <w:p w:rsidR="009C0FE0" w:rsidRPr="009C0FE0" w:rsidP="009C0FE0" w14:paraId="5C59FEAB" w14:textId="77777777">
            <w:pPr>
              <w:bidi/>
              <w:jc w:val="center"/>
              <w:rPr>
                <w:rFonts w:ascii="Calibri" w:hAnsi="Calibri"/>
                <w:color w:val="auto"/>
                <w:sz w:val="44"/>
                <w:szCs w:val="44"/>
                <w:rtl/>
                <w:lang w:val="en-US" w:eastAsia="en-US" w:bidi="ar-SA"/>
              </w:rPr>
            </w:pPr>
            <w:r>
              <w:rPr>
                <w:rFonts w:ascii="Calibri" w:hAnsi="Calibri" w:cstheme="minorBidi" w:hint="cs"/>
                <w:color w:val="auto"/>
                <w:sz w:val="28"/>
                <w:szCs w:val="28"/>
                <w:rtl/>
                <w:lang w:val="en-US" w:eastAsia="en-US" w:bidi="ar-SA"/>
              </w:rPr>
              <w:t>4  /</w:t>
            </w:r>
            <w:r w:rsidRPr="009C0FE0">
              <w:rPr>
                <w:rFonts w:ascii="Calibri" w:hAnsi="Calibri" w:cstheme="minorBidi" w:hint="cs"/>
                <w:color w:val="auto"/>
                <w:sz w:val="44"/>
                <w:szCs w:val="44"/>
                <w:rtl/>
                <w:lang w:val="en-US" w:eastAsia="en-US" w:bidi="ar-SA"/>
              </w:rPr>
              <w:t xml:space="preserve"> </w:t>
            </w:r>
          </w:p>
        </w:tc>
      </w:tr>
    </w:tbl>
    <w:p w:rsidR="00372348" w:rsidRPr="00B26CEA" w:rsidP="00372348" w14:paraId="22F9D5EC" w14:textId="77777777">
      <w:pPr>
        <w:bidi/>
        <w:spacing w:after="160" w:line="259" w:lineRule="auto"/>
        <w:jc w:val="center"/>
        <w:rPr>
          <w:rFonts w:ascii="Calibri" w:eastAsia="Calibri" w:hAnsi="Calibri" w:cs="Arial"/>
          <w:color w:val="auto"/>
          <w:sz w:val="4"/>
          <w:szCs w:val="4"/>
          <w:rtl/>
          <w:lang w:val="en-US" w:eastAsia="en-US" w:bidi="ar-SA"/>
        </w:rPr>
      </w:pPr>
      <w:r>
        <w:rPr>
          <w:rFonts w:ascii="Calibri" w:eastAsia="Calibri" w:hAnsi="Calibri" w:cstheme="minorBidi" w:hint="cs"/>
          <w:color w:val="auto"/>
          <w:sz w:val="28"/>
          <w:szCs w:val="28"/>
          <w:rtl/>
          <w:lang w:val="en-US" w:eastAsia="en-US" w:bidi="ar-SA"/>
        </w:rPr>
        <w:t xml:space="preserve"> </w:t>
      </w:r>
    </w:p>
    <w:p w:rsidR="00372348" w:rsidRPr="002F05F9" w:rsidP="003034DA" w14:paraId="65907A4D" w14:textId="77777777">
      <w:pPr>
        <w:bidi/>
        <w:spacing w:after="160" w:line="259" w:lineRule="auto"/>
        <w:jc w:val="lowKashida"/>
        <w:rPr>
          <w:rFonts w:ascii="Sakkal Majalla" w:eastAsia="Calibri" w:hAnsi="Sakkal Majalla" w:cs="Sakkal Majalla"/>
          <w:b/>
          <w:bCs/>
          <w:color w:val="auto"/>
          <w:sz w:val="30"/>
          <w:szCs w:val="30"/>
          <w:u w:val="single"/>
          <w:rtl/>
          <w:lang w:val="en-US" w:eastAsia="en-US" w:bidi="ar-SA"/>
        </w:rPr>
      </w:pPr>
      <w:r w:rsidRPr="003034DA">
        <w:rPr>
          <w:rFonts w:ascii="Sakkal Majalla" w:eastAsia="Calibri" w:hAnsi="Sakkal Majalla" w:cs="Sakkal Majalla"/>
          <w:b/>
          <w:bCs/>
          <w:color w:val="auto"/>
          <w:sz w:val="30"/>
          <w:szCs w:val="30"/>
          <w:u w:val="single"/>
          <w:rtl/>
          <w:lang w:val="en-US" w:eastAsia="en-US" w:bidi="ar-SA"/>
        </w:rPr>
        <w:t xml:space="preserve">السؤال: اختر الإجابة الصحيحة </w:t>
      </w:r>
      <w:r w:rsidRPr="002F05F9">
        <w:rPr>
          <w:rFonts w:ascii="Sakkal Majalla" w:eastAsia="Calibri" w:hAnsi="Sakkal Majalla" w:cs="Sakkal Majalla"/>
          <w:b/>
          <w:bCs/>
          <w:color w:val="auto"/>
          <w:sz w:val="30"/>
          <w:szCs w:val="30"/>
          <w:u w:val="single"/>
          <w:rtl/>
          <w:lang w:val="en-US" w:eastAsia="en-US" w:bidi="ar-SA"/>
        </w:rPr>
        <w:t xml:space="preserve">لكل من العبارات التالية: </w:t>
      </w:r>
      <w:r w:rsidRPr="002F05F9" w:rsidR="003034DA">
        <w:rPr>
          <w:rFonts w:ascii="Sakkal Majalla" w:eastAsia="Calibri" w:hAnsi="Sakkal Majalla" w:cs="Sakkal Majalla"/>
          <w:b/>
          <w:bCs/>
          <w:color w:val="auto"/>
          <w:sz w:val="30"/>
          <w:szCs w:val="30"/>
          <w:u w:val="single"/>
          <w:rtl/>
          <w:lang w:val="en-US" w:eastAsia="en-US" w:bidi="ar-SA"/>
        </w:rPr>
        <w:t xml:space="preserve">بتضليل المربع الصحيح </w:t>
      </w:r>
    </w:p>
    <w:tbl>
      <w:tblPr>
        <w:tblStyle w:val="TableGrid00"/>
        <w:bidiVisual/>
        <w:tblW w:w="0" w:type="auto"/>
        <w:tblLook w:val="04A0"/>
      </w:tblPr>
      <w:tblGrid>
        <w:gridCol w:w="702"/>
        <w:gridCol w:w="709"/>
        <w:gridCol w:w="4111"/>
        <w:gridCol w:w="708"/>
        <w:gridCol w:w="3826"/>
      </w:tblGrid>
      <w:tr w14:paraId="39ED7CA1" w14:textId="77777777" w:rsidTr="002F05F9">
        <w:tblPrEx>
          <w:tblW w:w="0" w:type="auto"/>
          <w:tblLook w:val="04A0"/>
        </w:tblPrEx>
        <w:tc>
          <w:tcPr>
            <w:tcW w:w="702" w:type="dxa"/>
            <w:vMerge w:val="restart"/>
            <w:shd w:val="pct10" w:color="auto" w:fill="auto"/>
            <w:vAlign w:val="center"/>
          </w:tcPr>
          <w:p w:rsidR="003034DA" w:rsidRPr="002F05F9" w:rsidP="003034DA" w14:paraId="72B0C552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1</w:t>
            </w:r>
          </w:p>
        </w:tc>
        <w:tc>
          <w:tcPr>
            <w:tcW w:w="9354" w:type="dxa"/>
            <w:gridSpan w:val="4"/>
            <w:shd w:val="pct5" w:color="auto" w:fill="auto"/>
            <w:vAlign w:val="center"/>
          </w:tcPr>
          <w:p w:rsidR="003034DA" w:rsidRPr="002F05F9" w:rsidP="003034DA" w14:paraId="028EC378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E7611B">
              <w:rPr>
                <w:rFonts w:ascii="Sakkal Majalla" w:hAnsi="Sakkal Majalla" w:cs="Sakkal Majalla"/>
                <w:color w:val="000000"/>
                <w:sz w:val="30"/>
                <w:szCs w:val="30"/>
                <w:shd w:val="clear" w:color="auto" w:fill="F2F2F2" w:themeFill="background1" w:themeFillShade="F2"/>
                <w:rtl/>
                <w:lang w:val="en-US" w:eastAsia="en-US" w:bidi="ar-SA"/>
              </w:rPr>
              <w:t xml:space="preserve"> </w:t>
            </w: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  <w:lang w:val="en-US" w:eastAsia="en-US" w:bidi="ar-SA"/>
              </w:rPr>
              <w:t xml:space="preserve"> يأمرنا الدين الإسلامي بالنظافة</w:t>
            </w: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 xml:space="preserve"> ؟</w:t>
            </w:r>
          </w:p>
        </w:tc>
      </w:tr>
      <w:tr w14:paraId="2EF972E6" w14:textId="77777777" w:rsidTr="003034DA">
        <w:tblPrEx>
          <w:tblW w:w="0" w:type="auto"/>
          <w:tblLook w:val="04A0"/>
        </w:tblPrEx>
        <w:tc>
          <w:tcPr>
            <w:tcW w:w="702" w:type="dxa"/>
            <w:vMerge/>
            <w:shd w:val="pct10" w:color="auto" w:fill="auto"/>
          </w:tcPr>
          <w:p w:rsidR="003034DA" w:rsidRPr="002F05F9" w:rsidP="003034DA" w14:paraId="66D30282" w14:textId="77777777">
            <w:pPr>
              <w:bidi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09" w:type="dxa"/>
            <w:vAlign w:val="center"/>
          </w:tcPr>
          <w:p w:rsidR="003034DA" w:rsidRPr="002F05F9" w:rsidP="003034DA" w14:paraId="481413C9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4111" w:type="dxa"/>
            <w:vAlign w:val="center"/>
          </w:tcPr>
          <w:p w:rsidR="003034DA" w:rsidRPr="002F05F9" w:rsidP="003034DA" w14:paraId="4547E8B3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32"/>
                <w:szCs w:val="32"/>
                <w:rtl/>
                <w:lang w:val="en-US" w:eastAsia="en-US" w:bidi="ar-SA"/>
              </w:rPr>
              <w:t xml:space="preserve">صح </w:t>
            </w:r>
          </w:p>
        </w:tc>
        <w:tc>
          <w:tcPr>
            <w:tcW w:w="708" w:type="dxa"/>
            <w:vAlign w:val="center"/>
          </w:tcPr>
          <w:p w:rsidR="003034DA" w:rsidRPr="002F05F9" w:rsidP="003034DA" w14:paraId="72B6FD55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3826" w:type="dxa"/>
            <w:vAlign w:val="center"/>
          </w:tcPr>
          <w:p w:rsidR="003034DA" w:rsidRPr="002F05F9" w:rsidP="003034DA" w14:paraId="71218BB4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32"/>
                <w:szCs w:val="32"/>
                <w:rtl/>
                <w:lang w:val="en-US" w:eastAsia="en-US" w:bidi="ar-SA"/>
              </w:rPr>
              <w:t xml:space="preserve">خطا </w:t>
            </w:r>
          </w:p>
        </w:tc>
      </w:tr>
    </w:tbl>
    <w:p w:rsidR="003034DA" w:rsidRPr="002F05F9" w:rsidP="003034DA" w14:paraId="32B9BACC" w14:textId="77777777">
      <w:pPr>
        <w:bidi/>
        <w:spacing w:after="160" w:line="259" w:lineRule="auto"/>
        <w:rPr>
          <w:rFonts w:ascii="Sakkal Majalla" w:eastAsia="Calibri" w:hAnsi="Sakkal Majalla" w:cs="Sakkal Majalla"/>
          <w:color w:val="auto"/>
          <w:sz w:val="10"/>
          <w:szCs w:val="10"/>
          <w:rtl/>
          <w:lang w:val="en-US" w:eastAsia="en-US" w:bidi="ar-SA"/>
        </w:rPr>
      </w:pPr>
    </w:p>
    <w:tbl>
      <w:tblPr>
        <w:tblStyle w:val="TableGrid00"/>
        <w:bidiVisual/>
        <w:tblW w:w="0" w:type="auto"/>
        <w:tblLook w:val="04A0"/>
      </w:tblPr>
      <w:tblGrid>
        <w:gridCol w:w="702"/>
        <w:gridCol w:w="709"/>
        <w:gridCol w:w="4111"/>
        <w:gridCol w:w="708"/>
        <w:gridCol w:w="3826"/>
      </w:tblGrid>
      <w:tr w14:paraId="04114AF4" w14:textId="77777777" w:rsidTr="002F05F9">
        <w:tblPrEx>
          <w:tblW w:w="0" w:type="auto"/>
          <w:tblLook w:val="04A0"/>
        </w:tblPrEx>
        <w:tc>
          <w:tcPr>
            <w:tcW w:w="702" w:type="dxa"/>
            <w:vMerge w:val="restart"/>
            <w:shd w:val="pct10" w:color="auto" w:fill="auto"/>
            <w:vAlign w:val="center"/>
          </w:tcPr>
          <w:p w:rsidR="003034DA" w:rsidRPr="002F05F9" w:rsidP="0098095E" w14:paraId="1A3FE467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2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:rsidR="003034DA" w:rsidRPr="002F05F9" w:rsidP="005568EB" w14:paraId="2029F10D" w14:textId="77777777">
            <w:pPr>
              <w:numPr>
                <w:ilvl w:val="0"/>
                <w:numId w:val="11"/>
              </w:numPr>
              <w:tabs>
                <w:tab w:val="left" w:pos="3360"/>
              </w:tabs>
              <w:bidi/>
              <w:ind w:left="506" w:hanging="360"/>
              <w:contextualSpacing/>
              <w:jc w:val="center"/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  <w:lang w:val="en-US" w:eastAsia="en-US" w:bidi="ar-SA"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  <w:lang w:val="en-US" w:eastAsia="en-US" w:bidi="ar-SA"/>
              </w:rPr>
              <w:t>من فوائد الاستحمام :</w:t>
            </w:r>
          </w:p>
        </w:tc>
      </w:tr>
      <w:tr w14:paraId="1F91D315" w14:textId="77777777" w:rsidTr="0098095E">
        <w:tblPrEx>
          <w:tblW w:w="0" w:type="auto"/>
          <w:tblLook w:val="04A0"/>
        </w:tblPrEx>
        <w:tc>
          <w:tcPr>
            <w:tcW w:w="702" w:type="dxa"/>
            <w:vMerge/>
            <w:shd w:val="pct10" w:color="auto" w:fill="auto"/>
          </w:tcPr>
          <w:p w:rsidR="003034DA" w:rsidRPr="002F05F9" w:rsidP="0098095E" w14:paraId="26753434" w14:textId="77777777">
            <w:pPr>
              <w:bidi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09" w:type="dxa"/>
            <w:vAlign w:val="center"/>
          </w:tcPr>
          <w:p w:rsidR="003034DA" w:rsidRPr="002F05F9" w:rsidP="0098095E" w14:paraId="79608641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4111" w:type="dxa"/>
            <w:vAlign w:val="center"/>
          </w:tcPr>
          <w:p w:rsidR="003034DA" w:rsidRPr="002F05F9" w:rsidP="0098095E" w14:paraId="070B63E1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  <w:lang w:val="en-US" w:eastAsia="en-US" w:bidi="ar-SA"/>
              </w:rPr>
              <w:t>المحافظة على نظافة الجسم</w:t>
            </w:r>
          </w:p>
        </w:tc>
        <w:tc>
          <w:tcPr>
            <w:tcW w:w="708" w:type="dxa"/>
            <w:vAlign w:val="center"/>
          </w:tcPr>
          <w:p w:rsidR="003034DA" w:rsidRPr="002F05F9" w:rsidP="0098095E" w14:paraId="5B035061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3826" w:type="dxa"/>
            <w:vAlign w:val="center"/>
          </w:tcPr>
          <w:p w:rsidR="003034DA" w:rsidRPr="002F05F9" w:rsidP="0098095E" w14:paraId="292F886F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  <w:lang w:val="en-US" w:eastAsia="en-US" w:bidi="ar-SA"/>
              </w:rPr>
              <w:t>المحافظة على نظافة المنزل</w:t>
            </w:r>
          </w:p>
        </w:tc>
      </w:tr>
    </w:tbl>
    <w:p w:rsidR="003034DA" w:rsidRPr="002F05F9" w:rsidP="003034DA" w14:paraId="385B8E6B" w14:textId="77777777">
      <w:pPr>
        <w:bidi/>
        <w:spacing w:after="160" w:line="259" w:lineRule="auto"/>
        <w:rPr>
          <w:rFonts w:ascii="Sakkal Majalla" w:eastAsia="Calibri" w:hAnsi="Sakkal Majalla" w:cs="Sakkal Majalla"/>
          <w:color w:val="auto"/>
          <w:sz w:val="10"/>
          <w:szCs w:val="10"/>
          <w:rtl/>
          <w:lang w:val="en-US" w:eastAsia="en-US" w:bidi="ar-SA"/>
        </w:rPr>
      </w:pPr>
    </w:p>
    <w:tbl>
      <w:tblPr>
        <w:tblStyle w:val="TableGrid00"/>
        <w:bidiVisual/>
        <w:tblW w:w="0" w:type="auto"/>
        <w:tblLook w:val="04A0"/>
      </w:tblPr>
      <w:tblGrid>
        <w:gridCol w:w="702"/>
        <w:gridCol w:w="709"/>
        <w:gridCol w:w="4111"/>
        <w:gridCol w:w="708"/>
        <w:gridCol w:w="3826"/>
      </w:tblGrid>
      <w:tr w14:paraId="3C3CAADB" w14:textId="77777777" w:rsidTr="002F05F9">
        <w:tblPrEx>
          <w:tblW w:w="0" w:type="auto"/>
          <w:tblLook w:val="04A0"/>
        </w:tblPrEx>
        <w:tc>
          <w:tcPr>
            <w:tcW w:w="702" w:type="dxa"/>
            <w:vMerge w:val="restart"/>
            <w:shd w:val="pct10" w:color="auto" w:fill="auto"/>
            <w:vAlign w:val="center"/>
          </w:tcPr>
          <w:p w:rsidR="003034DA" w:rsidRPr="002F05F9" w:rsidP="0098095E" w14:paraId="2B7364C8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3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:rsidR="003034DA" w:rsidRPr="002F05F9" w:rsidP="0098095E" w14:paraId="04EE1232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  <w:lang w:val="en-US" w:eastAsia="en-US" w:bidi="ar-SA"/>
              </w:rPr>
              <w:t>استخدام سماعة الإذن لفترة طويلة  :</w:t>
            </w:r>
          </w:p>
        </w:tc>
      </w:tr>
      <w:tr w14:paraId="638EC8DD" w14:textId="77777777" w:rsidTr="0098095E">
        <w:tblPrEx>
          <w:tblW w:w="0" w:type="auto"/>
          <w:tblLook w:val="04A0"/>
        </w:tblPrEx>
        <w:tc>
          <w:tcPr>
            <w:tcW w:w="702" w:type="dxa"/>
            <w:vMerge/>
            <w:shd w:val="pct10" w:color="auto" w:fill="auto"/>
          </w:tcPr>
          <w:p w:rsidR="003034DA" w:rsidRPr="002F05F9" w:rsidP="0098095E" w14:paraId="7E737137" w14:textId="77777777">
            <w:pPr>
              <w:bidi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09" w:type="dxa"/>
            <w:vAlign w:val="center"/>
          </w:tcPr>
          <w:p w:rsidR="003034DA" w:rsidRPr="002F05F9" w:rsidP="0098095E" w14:paraId="2DCB4D22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4111" w:type="dxa"/>
            <w:vAlign w:val="center"/>
          </w:tcPr>
          <w:p w:rsidR="003034DA" w:rsidRPr="002F05F9" w:rsidP="0098095E" w14:paraId="6B5AD875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  <w:lang w:val="en-US" w:eastAsia="en-US" w:bidi="ar-SA"/>
              </w:rPr>
              <w:t>يقوي السمع</w:t>
            </w:r>
          </w:p>
        </w:tc>
        <w:tc>
          <w:tcPr>
            <w:tcW w:w="708" w:type="dxa"/>
            <w:vAlign w:val="center"/>
          </w:tcPr>
          <w:p w:rsidR="003034DA" w:rsidRPr="002F05F9" w:rsidP="0098095E" w14:paraId="172EE8CF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3826" w:type="dxa"/>
            <w:vAlign w:val="center"/>
          </w:tcPr>
          <w:p w:rsidR="003034DA" w:rsidRPr="002F05F9" w:rsidP="0098095E" w14:paraId="7DA5FAAD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  <w:lang w:val="en-US" w:eastAsia="en-US" w:bidi="ar-SA"/>
              </w:rPr>
              <w:t>يضعف السمع</w:t>
            </w:r>
          </w:p>
        </w:tc>
      </w:tr>
    </w:tbl>
    <w:p w:rsidR="003034DA" w:rsidRPr="002F05F9" w:rsidP="003034DA" w14:paraId="77BCB699" w14:textId="77777777">
      <w:pPr>
        <w:bidi/>
        <w:spacing w:after="160" w:line="259" w:lineRule="auto"/>
        <w:rPr>
          <w:rFonts w:ascii="Sakkal Majalla" w:eastAsia="Calibri" w:hAnsi="Sakkal Majalla" w:cs="Sakkal Majalla"/>
          <w:color w:val="auto"/>
          <w:sz w:val="10"/>
          <w:szCs w:val="10"/>
          <w:rtl/>
          <w:lang w:val="en-US" w:eastAsia="en-US" w:bidi="ar-SA"/>
        </w:rPr>
      </w:pPr>
    </w:p>
    <w:tbl>
      <w:tblPr>
        <w:tblStyle w:val="TableGrid00"/>
        <w:bidiVisual/>
        <w:tblW w:w="0" w:type="auto"/>
        <w:tblLook w:val="04A0"/>
      </w:tblPr>
      <w:tblGrid>
        <w:gridCol w:w="702"/>
        <w:gridCol w:w="709"/>
        <w:gridCol w:w="4111"/>
        <w:gridCol w:w="708"/>
        <w:gridCol w:w="3826"/>
      </w:tblGrid>
      <w:tr w14:paraId="61C918CB" w14:textId="77777777" w:rsidTr="002F05F9">
        <w:tblPrEx>
          <w:tblW w:w="0" w:type="auto"/>
          <w:tblLook w:val="04A0"/>
        </w:tblPrEx>
        <w:tc>
          <w:tcPr>
            <w:tcW w:w="702" w:type="dxa"/>
            <w:vMerge w:val="restart"/>
            <w:shd w:val="pct10" w:color="auto" w:fill="auto"/>
            <w:vAlign w:val="center"/>
          </w:tcPr>
          <w:p w:rsidR="003034DA" w:rsidRPr="002F05F9" w:rsidP="0098095E" w14:paraId="1DB61680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4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:rsidR="003034DA" w:rsidRPr="002F05F9" w:rsidP="0098095E" w14:paraId="6D89FD58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  <w:lang w:val="en-US" w:eastAsia="en-US" w:bidi="ar-SA"/>
              </w:rPr>
              <w:t>يساعد الوضوء الصحيح على .......... الأذنين:</w:t>
            </w:r>
          </w:p>
        </w:tc>
      </w:tr>
      <w:tr w14:paraId="70C962BA" w14:textId="77777777" w:rsidTr="0098095E">
        <w:tblPrEx>
          <w:tblW w:w="0" w:type="auto"/>
          <w:tblLook w:val="04A0"/>
        </w:tblPrEx>
        <w:tc>
          <w:tcPr>
            <w:tcW w:w="702" w:type="dxa"/>
            <w:vMerge/>
            <w:shd w:val="pct10" w:color="auto" w:fill="auto"/>
          </w:tcPr>
          <w:p w:rsidR="003034DA" w:rsidRPr="002F05F9" w:rsidP="0098095E" w14:paraId="7AC91F73" w14:textId="77777777">
            <w:pPr>
              <w:bidi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09" w:type="dxa"/>
            <w:vAlign w:val="center"/>
          </w:tcPr>
          <w:p w:rsidR="003034DA" w:rsidRPr="002F05F9" w:rsidP="0098095E" w14:paraId="10C87AB6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4111" w:type="dxa"/>
            <w:vAlign w:val="center"/>
          </w:tcPr>
          <w:p w:rsidR="003034DA" w:rsidRPr="002F05F9" w:rsidP="0098095E" w14:paraId="76185C60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  <w:lang w:val="en-US" w:eastAsia="en-US" w:bidi="ar-SA"/>
              </w:rPr>
              <w:t>نظافة</w:t>
            </w:r>
          </w:p>
        </w:tc>
        <w:tc>
          <w:tcPr>
            <w:tcW w:w="708" w:type="dxa"/>
            <w:vAlign w:val="center"/>
          </w:tcPr>
          <w:p w:rsidR="003034DA" w:rsidRPr="002F05F9" w:rsidP="0098095E" w14:paraId="1F9CBAED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3826" w:type="dxa"/>
            <w:vAlign w:val="center"/>
          </w:tcPr>
          <w:p w:rsidR="003034DA" w:rsidRPr="002F05F9" w:rsidP="0098095E" w14:paraId="5ABBC6E0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32"/>
                <w:szCs w:val="32"/>
                <w:rtl/>
                <w:lang w:val="en-US" w:eastAsia="en-US" w:bidi="ar-SA"/>
              </w:rPr>
              <w:t xml:space="preserve">جفاف </w:t>
            </w:r>
          </w:p>
        </w:tc>
      </w:tr>
    </w:tbl>
    <w:p w:rsidR="003034DA" w:rsidRPr="002F05F9" w:rsidP="003034DA" w14:paraId="78DD743A" w14:textId="77777777">
      <w:pPr>
        <w:bidi/>
        <w:spacing w:after="160" w:line="259" w:lineRule="auto"/>
        <w:rPr>
          <w:rFonts w:ascii="Sakkal Majalla" w:eastAsia="Calibri" w:hAnsi="Sakkal Majalla" w:cs="Sakkal Majalla"/>
          <w:color w:val="auto"/>
          <w:sz w:val="10"/>
          <w:szCs w:val="10"/>
          <w:rtl/>
          <w:lang w:val="en-US" w:eastAsia="en-US" w:bidi="ar-SA"/>
        </w:rPr>
      </w:pPr>
    </w:p>
    <w:tbl>
      <w:tblPr>
        <w:tblStyle w:val="TableGrid00"/>
        <w:bidiVisual/>
        <w:tblW w:w="0" w:type="auto"/>
        <w:tblLook w:val="04A0"/>
      </w:tblPr>
      <w:tblGrid>
        <w:gridCol w:w="702"/>
        <w:gridCol w:w="709"/>
        <w:gridCol w:w="4111"/>
        <w:gridCol w:w="708"/>
        <w:gridCol w:w="3826"/>
      </w:tblGrid>
      <w:tr w14:paraId="5A0F6739" w14:textId="77777777" w:rsidTr="002F05F9">
        <w:tblPrEx>
          <w:tblW w:w="0" w:type="auto"/>
          <w:tblLook w:val="04A0"/>
        </w:tblPrEx>
        <w:tc>
          <w:tcPr>
            <w:tcW w:w="702" w:type="dxa"/>
            <w:vMerge w:val="restart"/>
            <w:shd w:val="pct10" w:color="auto" w:fill="auto"/>
            <w:vAlign w:val="center"/>
          </w:tcPr>
          <w:p w:rsidR="003034DA" w:rsidRPr="002F05F9" w:rsidP="0098095E" w14:paraId="62C0BC3F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5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:rsidR="003034DA" w:rsidRPr="002F05F9" w:rsidP="0098095E" w14:paraId="17029B60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  <w:lang w:val="en-US" w:eastAsia="en-US" w:bidi="ar-SA"/>
              </w:rPr>
              <w:t xml:space="preserve">من الأمور التي يجب علنا تجنبها لحماية العين من </w:t>
            </w:r>
            <w:r w:rsidRPr="00F96020">
              <w:rPr>
                <w:rFonts w:ascii="Sakkal Majalla" w:hAnsi="Sakkal Majalla" w:cs="Sakkal Majalla"/>
                <w:color w:val="000000"/>
                <w:sz w:val="30"/>
                <w:szCs w:val="30"/>
                <w:shd w:val="clear" w:color="auto" w:fill="F2F2F2" w:themeFill="background1" w:themeFillShade="F2"/>
                <w:rtl/>
                <w:lang w:val="en-US" w:eastAsia="en-US" w:bidi="ar-SA"/>
              </w:rPr>
              <w:t xml:space="preserve">الأخطار   </w:t>
            </w:r>
            <w:r w:rsidRPr="00F96020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  <w:lang w:val="en-US" w:eastAsia="en-US" w:bidi="ar-SA"/>
              </w:rPr>
              <w:t xml:space="preserve"> :</w:t>
            </w:r>
          </w:p>
        </w:tc>
      </w:tr>
      <w:tr w14:paraId="5E75D1E5" w14:textId="77777777" w:rsidTr="0098095E">
        <w:tblPrEx>
          <w:tblW w:w="0" w:type="auto"/>
          <w:tblLook w:val="04A0"/>
        </w:tblPrEx>
        <w:tc>
          <w:tcPr>
            <w:tcW w:w="702" w:type="dxa"/>
            <w:vMerge/>
            <w:shd w:val="pct10" w:color="auto" w:fill="auto"/>
          </w:tcPr>
          <w:p w:rsidR="003034DA" w:rsidRPr="002F05F9" w:rsidP="0098095E" w14:paraId="1BF7DC23" w14:textId="77777777">
            <w:pPr>
              <w:bidi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09" w:type="dxa"/>
            <w:vAlign w:val="center"/>
          </w:tcPr>
          <w:p w:rsidR="003034DA" w:rsidRPr="002F05F9" w:rsidP="0098095E" w14:paraId="0EC4E9CF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4111" w:type="dxa"/>
            <w:vAlign w:val="center"/>
          </w:tcPr>
          <w:p w:rsidR="003034DA" w:rsidRPr="002F05F9" w:rsidP="0098095E" w14:paraId="334A5B6E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  <w:lang w:val="en-US" w:eastAsia="en-US" w:bidi="ar-SA"/>
              </w:rPr>
              <w:t>دعك العين بشدة</w:t>
            </w:r>
          </w:p>
        </w:tc>
        <w:tc>
          <w:tcPr>
            <w:tcW w:w="708" w:type="dxa"/>
            <w:vAlign w:val="center"/>
          </w:tcPr>
          <w:p w:rsidR="003034DA" w:rsidRPr="002F05F9" w:rsidP="0098095E" w14:paraId="46A24B66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3826" w:type="dxa"/>
            <w:vAlign w:val="center"/>
          </w:tcPr>
          <w:p w:rsidR="003034DA" w:rsidRPr="002F05F9" w:rsidP="0098095E" w14:paraId="5B3369FC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  <w:lang w:val="en-US" w:eastAsia="en-US" w:bidi="ar-SA"/>
              </w:rPr>
              <w:t>النوم مبكرا</w:t>
            </w:r>
          </w:p>
        </w:tc>
      </w:tr>
    </w:tbl>
    <w:p w:rsidR="003034DA" w:rsidRPr="002F05F9" w:rsidP="003034DA" w14:paraId="690226DD" w14:textId="77777777">
      <w:pPr>
        <w:bidi/>
        <w:spacing w:after="160" w:line="259" w:lineRule="auto"/>
        <w:rPr>
          <w:rFonts w:ascii="Sakkal Majalla" w:eastAsia="Calibri" w:hAnsi="Sakkal Majalla" w:cs="Sakkal Majalla"/>
          <w:color w:val="auto"/>
          <w:sz w:val="10"/>
          <w:szCs w:val="10"/>
          <w:rtl/>
          <w:lang w:val="en-US" w:eastAsia="en-US" w:bidi="ar-SA"/>
        </w:rPr>
      </w:pPr>
    </w:p>
    <w:tbl>
      <w:tblPr>
        <w:tblStyle w:val="TableGrid00"/>
        <w:bidiVisual/>
        <w:tblW w:w="0" w:type="auto"/>
        <w:tblLook w:val="04A0"/>
      </w:tblPr>
      <w:tblGrid>
        <w:gridCol w:w="702"/>
        <w:gridCol w:w="709"/>
        <w:gridCol w:w="4111"/>
        <w:gridCol w:w="708"/>
        <w:gridCol w:w="3826"/>
      </w:tblGrid>
      <w:tr w14:paraId="419BFBE8" w14:textId="77777777" w:rsidTr="00F96020">
        <w:tblPrEx>
          <w:tblW w:w="0" w:type="auto"/>
          <w:tblLook w:val="04A0"/>
        </w:tblPrEx>
        <w:tc>
          <w:tcPr>
            <w:tcW w:w="702" w:type="dxa"/>
            <w:vMerge w:val="restart"/>
            <w:shd w:val="pct10" w:color="auto" w:fill="auto"/>
            <w:vAlign w:val="center"/>
          </w:tcPr>
          <w:p w:rsidR="003034DA" w:rsidRPr="002F05F9" w:rsidP="0098095E" w14:paraId="1299E2FA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6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:rsidR="003034DA" w:rsidRPr="002F05F9" w:rsidP="0098095E" w14:paraId="34A53982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  <w:lang w:val="en-US" w:eastAsia="en-US" w:bidi="ar-SA"/>
              </w:rPr>
              <w:t xml:space="preserve">استخدام أعواد الأذن الطبية للتنظيف يساعد على   </w:t>
            </w: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lang w:val="en-US" w:eastAsia="en-US" w:bidi="ar-SA"/>
              </w:rPr>
              <w:t>:</w:t>
            </w:r>
          </w:p>
        </w:tc>
      </w:tr>
      <w:tr w14:paraId="330760C1" w14:textId="77777777" w:rsidTr="0098095E">
        <w:tblPrEx>
          <w:tblW w:w="0" w:type="auto"/>
          <w:tblLook w:val="04A0"/>
        </w:tblPrEx>
        <w:tc>
          <w:tcPr>
            <w:tcW w:w="702" w:type="dxa"/>
            <w:vMerge/>
            <w:shd w:val="pct10" w:color="auto" w:fill="auto"/>
          </w:tcPr>
          <w:p w:rsidR="003034DA" w:rsidRPr="002F05F9" w:rsidP="0098095E" w14:paraId="181BB84B" w14:textId="77777777">
            <w:pPr>
              <w:bidi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09" w:type="dxa"/>
            <w:vAlign w:val="center"/>
          </w:tcPr>
          <w:p w:rsidR="003034DA" w:rsidRPr="002F05F9" w:rsidP="0098095E" w14:paraId="7A79D3E2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4111" w:type="dxa"/>
            <w:vAlign w:val="center"/>
          </w:tcPr>
          <w:p w:rsidR="003034DA" w:rsidRPr="002F05F9" w:rsidP="0098095E" w14:paraId="2EC27F9C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  <w:lang w:val="en-US" w:eastAsia="en-US" w:bidi="ar-SA"/>
              </w:rPr>
              <w:t>نظافة الإذن</w:t>
            </w:r>
          </w:p>
        </w:tc>
        <w:tc>
          <w:tcPr>
            <w:tcW w:w="708" w:type="dxa"/>
            <w:vAlign w:val="center"/>
          </w:tcPr>
          <w:p w:rsidR="003034DA" w:rsidRPr="002F05F9" w:rsidP="0098095E" w14:paraId="76A65CE9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3826" w:type="dxa"/>
            <w:vAlign w:val="center"/>
          </w:tcPr>
          <w:p w:rsidR="003034DA" w:rsidRPr="002F05F9" w:rsidP="0098095E" w14:paraId="67473D4B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  <w:lang w:val="en-US" w:eastAsia="en-US" w:bidi="ar-SA"/>
              </w:rPr>
              <w:t>إيذاء الإذن</w:t>
            </w:r>
          </w:p>
        </w:tc>
      </w:tr>
    </w:tbl>
    <w:p w:rsidR="003034DA" w:rsidRPr="002F05F9" w:rsidP="003034DA" w14:paraId="3D17A547" w14:textId="77777777">
      <w:pPr>
        <w:bidi/>
        <w:spacing w:after="160" w:line="259" w:lineRule="auto"/>
        <w:rPr>
          <w:rFonts w:ascii="Sakkal Majalla" w:eastAsia="Calibri" w:hAnsi="Sakkal Majalla" w:cs="Sakkal Majalla"/>
          <w:color w:val="auto"/>
          <w:sz w:val="10"/>
          <w:szCs w:val="10"/>
          <w:rtl/>
          <w:lang w:val="en-US" w:eastAsia="en-US" w:bidi="ar-SA"/>
        </w:rPr>
      </w:pPr>
    </w:p>
    <w:tbl>
      <w:tblPr>
        <w:tblStyle w:val="TableGrid00"/>
        <w:bidiVisual/>
        <w:tblW w:w="0" w:type="auto"/>
        <w:tblLook w:val="04A0"/>
      </w:tblPr>
      <w:tblGrid>
        <w:gridCol w:w="702"/>
        <w:gridCol w:w="709"/>
        <w:gridCol w:w="4111"/>
        <w:gridCol w:w="708"/>
        <w:gridCol w:w="3826"/>
      </w:tblGrid>
      <w:tr w14:paraId="1BB7478B" w14:textId="77777777" w:rsidTr="00F96020">
        <w:tblPrEx>
          <w:tblW w:w="0" w:type="auto"/>
          <w:tblLook w:val="04A0"/>
        </w:tblPrEx>
        <w:tc>
          <w:tcPr>
            <w:tcW w:w="702" w:type="dxa"/>
            <w:vMerge w:val="restart"/>
            <w:shd w:val="pct10" w:color="auto" w:fill="auto"/>
            <w:vAlign w:val="center"/>
          </w:tcPr>
          <w:p w:rsidR="003034DA" w:rsidRPr="002F05F9" w:rsidP="0098095E" w14:paraId="4F2C747A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7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:rsidR="003034DA" w:rsidRPr="002F05F9" w:rsidP="0098095E" w14:paraId="777D446F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  <w:lang w:val="en-US" w:eastAsia="en-US" w:bidi="ar-SA"/>
              </w:rPr>
              <w:t>اللعب بأقلام الليزر :</w:t>
            </w:r>
          </w:p>
        </w:tc>
      </w:tr>
      <w:tr w14:paraId="6DA1B955" w14:textId="77777777" w:rsidTr="0098095E">
        <w:tblPrEx>
          <w:tblW w:w="0" w:type="auto"/>
          <w:tblLook w:val="04A0"/>
        </w:tblPrEx>
        <w:tc>
          <w:tcPr>
            <w:tcW w:w="702" w:type="dxa"/>
            <w:vMerge/>
            <w:shd w:val="pct10" w:color="auto" w:fill="auto"/>
          </w:tcPr>
          <w:p w:rsidR="003034DA" w:rsidRPr="002F05F9" w:rsidP="0098095E" w14:paraId="614064A7" w14:textId="77777777">
            <w:pPr>
              <w:bidi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09" w:type="dxa"/>
            <w:vAlign w:val="center"/>
          </w:tcPr>
          <w:p w:rsidR="003034DA" w:rsidRPr="002F05F9" w:rsidP="0098095E" w14:paraId="7E624D9B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4111" w:type="dxa"/>
            <w:vAlign w:val="center"/>
          </w:tcPr>
          <w:p w:rsidR="003034DA" w:rsidRPr="002F05F9" w:rsidP="0098095E" w14:paraId="1C482594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  <w:lang w:val="en-US" w:eastAsia="en-US" w:bidi="ar-SA"/>
              </w:rPr>
              <w:t>يضر العين</w:t>
            </w:r>
          </w:p>
        </w:tc>
        <w:tc>
          <w:tcPr>
            <w:tcW w:w="708" w:type="dxa"/>
            <w:vAlign w:val="center"/>
          </w:tcPr>
          <w:p w:rsidR="003034DA" w:rsidRPr="002F05F9" w:rsidP="0098095E" w14:paraId="16D65265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3826" w:type="dxa"/>
            <w:vAlign w:val="center"/>
          </w:tcPr>
          <w:p w:rsidR="003034DA" w:rsidRPr="002F05F9" w:rsidP="0098095E" w14:paraId="3723A5F0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  <w:lang w:val="en-US" w:eastAsia="en-US" w:bidi="ar-SA"/>
              </w:rPr>
              <w:t>لا يسبب ضرر للعين</w:t>
            </w:r>
          </w:p>
        </w:tc>
      </w:tr>
    </w:tbl>
    <w:p w:rsidR="003034DA" w:rsidRPr="002F05F9" w:rsidP="003034DA" w14:paraId="704FE737" w14:textId="77777777">
      <w:pPr>
        <w:bidi/>
        <w:spacing w:after="160" w:line="259" w:lineRule="auto"/>
        <w:rPr>
          <w:rFonts w:ascii="Sakkal Majalla" w:eastAsia="Calibri" w:hAnsi="Sakkal Majalla" w:cs="Sakkal Majalla"/>
          <w:color w:val="auto"/>
          <w:sz w:val="10"/>
          <w:szCs w:val="10"/>
          <w:rtl/>
          <w:lang w:val="en-US" w:eastAsia="en-US" w:bidi="ar-SA"/>
        </w:rPr>
      </w:pPr>
    </w:p>
    <w:tbl>
      <w:tblPr>
        <w:tblStyle w:val="TableGrid00"/>
        <w:bidiVisual/>
        <w:tblW w:w="0" w:type="auto"/>
        <w:tblLook w:val="04A0"/>
      </w:tblPr>
      <w:tblGrid>
        <w:gridCol w:w="702"/>
        <w:gridCol w:w="709"/>
        <w:gridCol w:w="4111"/>
        <w:gridCol w:w="708"/>
        <w:gridCol w:w="3826"/>
      </w:tblGrid>
      <w:tr w14:paraId="7E82A442" w14:textId="77777777" w:rsidTr="00F96020">
        <w:tblPrEx>
          <w:tblW w:w="0" w:type="auto"/>
          <w:tblLook w:val="04A0"/>
        </w:tblPrEx>
        <w:tc>
          <w:tcPr>
            <w:tcW w:w="702" w:type="dxa"/>
            <w:vMerge w:val="restart"/>
            <w:shd w:val="pct10" w:color="auto" w:fill="auto"/>
            <w:vAlign w:val="center"/>
          </w:tcPr>
          <w:p w:rsidR="003034DA" w:rsidRPr="002F05F9" w:rsidP="0098095E" w14:paraId="44661434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8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:rsidR="003034DA" w:rsidRPr="002F05F9" w:rsidP="0098095E" w14:paraId="1B21E609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  <w:lang w:val="en-US" w:eastAsia="en-US" w:bidi="ar-SA"/>
              </w:rPr>
              <w:t>من الاخطار التي ممكن أن تحدث داخل الحمام :</w:t>
            </w:r>
          </w:p>
        </w:tc>
      </w:tr>
      <w:tr w14:paraId="450C19D9" w14:textId="77777777" w:rsidTr="0098095E">
        <w:tblPrEx>
          <w:tblW w:w="0" w:type="auto"/>
          <w:tblLook w:val="04A0"/>
        </w:tblPrEx>
        <w:tc>
          <w:tcPr>
            <w:tcW w:w="702" w:type="dxa"/>
            <w:vMerge/>
            <w:shd w:val="pct10" w:color="auto" w:fill="auto"/>
          </w:tcPr>
          <w:p w:rsidR="003034DA" w:rsidRPr="002F05F9" w:rsidP="0098095E" w14:paraId="74E472A2" w14:textId="77777777">
            <w:pPr>
              <w:bidi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09" w:type="dxa"/>
            <w:vAlign w:val="center"/>
          </w:tcPr>
          <w:p w:rsidR="003034DA" w:rsidRPr="002F05F9" w:rsidP="0098095E" w14:paraId="7B0E9806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4111" w:type="dxa"/>
            <w:vAlign w:val="center"/>
          </w:tcPr>
          <w:p w:rsidR="003034DA" w:rsidRPr="002F05F9" w:rsidP="0098095E" w14:paraId="79EB2306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  <w:lang w:val="en-US" w:eastAsia="en-US" w:bidi="ar-SA"/>
              </w:rPr>
              <w:t>الانزلاق</w:t>
            </w:r>
          </w:p>
        </w:tc>
        <w:tc>
          <w:tcPr>
            <w:tcW w:w="708" w:type="dxa"/>
            <w:vAlign w:val="center"/>
          </w:tcPr>
          <w:p w:rsidR="003034DA" w:rsidRPr="002F05F9" w:rsidP="0098095E" w14:paraId="4CAB9F54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3826" w:type="dxa"/>
            <w:vAlign w:val="center"/>
          </w:tcPr>
          <w:p w:rsidR="003034DA" w:rsidRPr="002F05F9" w:rsidP="0098095E" w14:paraId="6F0C46FC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  <w:lang w:val="en-US" w:eastAsia="en-US" w:bidi="ar-SA"/>
              </w:rPr>
              <w:t>الصداع</w:t>
            </w:r>
          </w:p>
        </w:tc>
      </w:tr>
    </w:tbl>
    <w:p w:rsidR="003034DA" w:rsidRPr="002F05F9" w:rsidP="003034DA" w14:paraId="7C486DAC" w14:textId="77777777">
      <w:pPr>
        <w:bidi/>
        <w:spacing w:after="160" w:line="259" w:lineRule="auto"/>
        <w:rPr>
          <w:rFonts w:ascii="Sakkal Majalla" w:eastAsia="Calibri" w:hAnsi="Sakkal Majalla" w:cs="Sakkal Majalla"/>
          <w:b/>
          <w:bCs/>
          <w:color w:val="auto"/>
          <w:sz w:val="10"/>
          <w:szCs w:val="10"/>
          <w:rtl/>
          <w:lang w:val="en-US" w:eastAsia="en-US" w:bidi="ar-SA"/>
        </w:rPr>
      </w:pPr>
    </w:p>
    <w:tbl>
      <w:tblPr>
        <w:tblStyle w:val="TableGrid00"/>
        <w:bidiVisual/>
        <w:tblW w:w="0" w:type="auto"/>
        <w:tblLook w:val="04A0"/>
      </w:tblPr>
      <w:tblGrid>
        <w:gridCol w:w="702"/>
        <w:gridCol w:w="709"/>
        <w:gridCol w:w="4111"/>
        <w:gridCol w:w="708"/>
        <w:gridCol w:w="3826"/>
      </w:tblGrid>
      <w:tr w14:paraId="3CE68D7B" w14:textId="77777777" w:rsidTr="00F96020">
        <w:tblPrEx>
          <w:tblW w:w="0" w:type="auto"/>
          <w:tblLook w:val="04A0"/>
        </w:tblPrEx>
        <w:tc>
          <w:tcPr>
            <w:tcW w:w="702" w:type="dxa"/>
            <w:vMerge w:val="restart"/>
            <w:shd w:val="pct10" w:color="auto" w:fill="auto"/>
            <w:vAlign w:val="center"/>
          </w:tcPr>
          <w:p w:rsidR="00B26CEA" w:rsidRPr="002F05F9" w:rsidP="0098095E" w14:paraId="01A46982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9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:rsidR="00B26CEA" w:rsidRPr="002F05F9" w:rsidP="0098095E" w14:paraId="1B7043D2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  <w:lang w:val="en-US" w:eastAsia="en-US" w:bidi="ar-SA"/>
              </w:rPr>
              <w:t xml:space="preserve">يتجعد جسم الإنسان عندما يمكث فترة طويلة في الماء بسبب: </w:t>
            </w: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  <w:lang w:val="en-US" w:eastAsia="en-US" w:bidi="ar-SA"/>
              </w:rPr>
              <w:t xml:space="preserve">  </w:t>
            </w:r>
          </w:p>
        </w:tc>
      </w:tr>
      <w:tr w14:paraId="35A1ED4C" w14:textId="77777777" w:rsidTr="0098095E">
        <w:tblPrEx>
          <w:tblW w:w="0" w:type="auto"/>
          <w:tblLook w:val="04A0"/>
        </w:tblPrEx>
        <w:tc>
          <w:tcPr>
            <w:tcW w:w="702" w:type="dxa"/>
            <w:vMerge/>
            <w:shd w:val="pct10" w:color="auto" w:fill="auto"/>
          </w:tcPr>
          <w:p w:rsidR="00B26CEA" w:rsidRPr="002F05F9" w:rsidP="0098095E" w14:paraId="73CE83E1" w14:textId="77777777">
            <w:pPr>
              <w:bidi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09" w:type="dxa"/>
            <w:vAlign w:val="center"/>
          </w:tcPr>
          <w:p w:rsidR="00B26CEA" w:rsidRPr="002F05F9" w:rsidP="0098095E" w14:paraId="54A64F50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4111" w:type="dxa"/>
            <w:vAlign w:val="center"/>
          </w:tcPr>
          <w:p w:rsidR="00B26CEA" w:rsidRPr="002F05F9" w:rsidP="0098095E" w14:paraId="0B3DA494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  <w:lang w:val="en-US" w:eastAsia="en-US" w:bidi="ar-SA"/>
              </w:rPr>
              <w:t>نتيجة انتفاخ البشرة بسبب امتصاص المياه</w:t>
            </w:r>
          </w:p>
        </w:tc>
        <w:tc>
          <w:tcPr>
            <w:tcW w:w="708" w:type="dxa"/>
            <w:vAlign w:val="center"/>
          </w:tcPr>
          <w:p w:rsidR="00B26CEA" w:rsidRPr="002F05F9" w:rsidP="0098095E" w14:paraId="56DF868C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3826" w:type="dxa"/>
            <w:vAlign w:val="center"/>
          </w:tcPr>
          <w:p w:rsidR="00B26CEA" w:rsidRPr="002F05F9" w:rsidP="0098095E" w14:paraId="58399F52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  <w:lang w:val="en-US" w:eastAsia="en-US" w:bidi="ar-SA"/>
              </w:rPr>
              <w:t>الجفاف</w:t>
            </w:r>
          </w:p>
        </w:tc>
      </w:tr>
    </w:tbl>
    <w:p w:rsidR="00B26CEA" w:rsidRPr="002F05F9" w:rsidP="003034DA" w14:paraId="201954A7" w14:textId="77777777">
      <w:pPr>
        <w:bidi/>
        <w:spacing w:after="160" w:line="259" w:lineRule="auto"/>
        <w:rPr>
          <w:rFonts w:ascii="Sakkal Majalla" w:eastAsia="Calibri" w:hAnsi="Sakkal Majalla" w:cs="Sakkal Majalla"/>
          <w:b/>
          <w:bCs/>
          <w:color w:val="auto"/>
          <w:sz w:val="10"/>
          <w:szCs w:val="10"/>
          <w:rtl/>
          <w:lang w:val="en-US" w:eastAsia="en-US" w:bidi="ar-SA"/>
        </w:rPr>
      </w:pPr>
    </w:p>
    <w:tbl>
      <w:tblPr>
        <w:tblStyle w:val="TableGrid00"/>
        <w:bidiVisual/>
        <w:tblW w:w="0" w:type="auto"/>
        <w:tblLook w:val="04A0"/>
      </w:tblPr>
      <w:tblGrid>
        <w:gridCol w:w="702"/>
        <w:gridCol w:w="709"/>
        <w:gridCol w:w="4111"/>
        <w:gridCol w:w="708"/>
        <w:gridCol w:w="3826"/>
      </w:tblGrid>
      <w:tr w14:paraId="17D73EFC" w14:textId="77777777" w:rsidTr="00F96020">
        <w:tblPrEx>
          <w:tblW w:w="0" w:type="auto"/>
          <w:tblLook w:val="04A0"/>
        </w:tblPrEx>
        <w:tc>
          <w:tcPr>
            <w:tcW w:w="702" w:type="dxa"/>
            <w:vMerge w:val="restart"/>
            <w:shd w:val="pct10" w:color="auto" w:fill="auto"/>
            <w:vAlign w:val="center"/>
          </w:tcPr>
          <w:p w:rsidR="007A4985" w:rsidRPr="002F05F9" w:rsidP="0098095E" w14:paraId="06D14E8F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10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:rsidR="007A4985" w:rsidRPr="002F05F9" w:rsidP="0098095E" w14:paraId="26BF66CB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F96020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  <w:lang w:val="en-US" w:eastAsia="en-US" w:bidi="ar-SA"/>
              </w:rPr>
              <w:t>ينبغي علينا مراجعة الطبيب عند الشعور بألم في العين :</w:t>
            </w: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  <w:lang w:val="en-US" w:eastAsia="en-US" w:bidi="ar-SA"/>
              </w:rPr>
              <w:t xml:space="preserve">  </w:t>
            </w:r>
          </w:p>
        </w:tc>
      </w:tr>
      <w:tr w14:paraId="3167A76B" w14:textId="77777777" w:rsidTr="0098095E">
        <w:tblPrEx>
          <w:tblW w:w="0" w:type="auto"/>
          <w:tblLook w:val="04A0"/>
        </w:tblPrEx>
        <w:tc>
          <w:tcPr>
            <w:tcW w:w="702" w:type="dxa"/>
            <w:vMerge/>
            <w:shd w:val="pct10" w:color="auto" w:fill="auto"/>
          </w:tcPr>
          <w:p w:rsidR="007A4985" w:rsidRPr="002F05F9" w:rsidP="0098095E" w14:paraId="3797F6BB" w14:textId="77777777">
            <w:pPr>
              <w:bidi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09" w:type="dxa"/>
            <w:vAlign w:val="center"/>
          </w:tcPr>
          <w:p w:rsidR="007A4985" w:rsidRPr="002F05F9" w:rsidP="0098095E" w14:paraId="5BE12BB7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4111" w:type="dxa"/>
            <w:vAlign w:val="center"/>
          </w:tcPr>
          <w:p w:rsidR="007A4985" w:rsidRPr="002F05F9" w:rsidP="0098095E" w14:paraId="6856E5C4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32"/>
                <w:szCs w:val="32"/>
                <w:rtl/>
                <w:lang w:val="en-US" w:eastAsia="en-US" w:bidi="ar-SA"/>
              </w:rPr>
              <w:t xml:space="preserve">صح </w:t>
            </w:r>
          </w:p>
        </w:tc>
        <w:tc>
          <w:tcPr>
            <w:tcW w:w="708" w:type="dxa"/>
            <w:vAlign w:val="center"/>
          </w:tcPr>
          <w:p w:rsidR="007A4985" w:rsidRPr="002F05F9" w:rsidP="0098095E" w14:paraId="68B98BAF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3826" w:type="dxa"/>
            <w:vAlign w:val="center"/>
          </w:tcPr>
          <w:p w:rsidR="007A4985" w:rsidRPr="002F05F9" w:rsidP="0098095E" w14:paraId="31309F9A" w14:textId="77777777">
            <w:pPr>
              <w:bidi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2F05F9">
              <w:rPr>
                <w:rFonts w:ascii="Sakkal Majalla" w:hAnsi="Sakkal Majalla" w:cs="Sakkal Majalla"/>
                <w:color w:val="auto"/>
                <w:sz w:val="32"/>
                <w:szCs w:val="32"/>
                <w:rtl/>
                <w:lang w:val="en-US" w:eastAsia="en-US" w:bidi="ar-SA"/>
              </w:rPr>
              <w:t xml:space="preserve">خطا </w:t>
            </w:r>
          </w:p>
        </w:tc>
      </w:tr>
    </w:tbl>
    <w:p w:rsidR="009C0FE0" w:rsidRPr="002F05F9" w:rsidP="009C0FE0" w14:paraId="708E90DB" w14:textId="77777777">
      <w:pPr>
        <w:bidi/>
        <w:spacing w:after="160" w:line="259" w:lineRule="auto"/>
        <w:rPr>
          <w:rFonts w:ascii="Sakkal Majalla" w:eastAsia="Calibri" w:hAnsi="Sakkal Majalla" w:cs="Sakkal Majalla"/>
          <w:b/>
          <w:bCs/>
          <w:color w:val="auto"/>
          <w:sz w:val="28"/>
          <w:szCs w:val="28"/>
          <w:rtl/>
          <w:lang w:val="en-US" w:eastAsia="en-US" w:bidi="ar-SA"/>
        </w:rPr>
      </w:pPr>
      <w:r>
        <w:rPr>
          <w:rFonts w:ascii="Sakkal Majalla" w:eastAsia="Calibri" w:hAnsi="Sakkal Majalla" w:cs="Sakkal Majalla" w:hint="cs"/>
          <w:b/>
          <w:bCs/>
          <w:color w:val="auto"/>
          <w:sz w:val="28"/>
          <w:szCs w:val="28"/>
          <w:rtl/>
          <w:lang w:val="en-US" w:eastAsia="en-US" w:bidi="ar-SA"/>
        </w:rPr>
        <w:t xml:space="preserve">معلم المادة : يوسف الحمود </w:t>
      </w:r>
      <w:r>
        <w:rPr>
          <w:rFonts w:ascii="Sakkal Majalla" w:eastAsia="Calibri" w:hAnsi="Sakkal Majalla" w:cs="Sakkal Majalla"/>
          <w:b/>
          <w:bCs/>
          <w:color w:val="auto"/>
          <w:sz w:val="28"/>
          <w:szCs w:val="28"/>
          <w:rtl/>
          <w:lang w:val="en-US" w:eastAsia="en-US" w:bidi="ar-SA"/>
        </w:rPr>
        <w:tab/>
      </w:r>
      <w:r>
        <w:rPr>
          <w:rFonts w:ascii="Sakkal Majalla" w:eastAsia="Calibri" w:hAnsi="Sakkal Majalla" w:cs="Sakkal Majalla"/>
          <w:b/>
          <w:bCs/>
          <w:color w:val="auto"/>
          <w:sz w:val="28"/>
          <w:szCs w:val="28"/>
          <w:rtl/>
          <w:lang w:val="en-US" w:eastAsia="en-US" w:bidi="ar-SA"/>
        </w:rPr>
        <w:tab/>
      </w:r>
      <w:r>
        <w:rPr>
          <w:rFonts w:ascii="Sakkal Majalla" w:eastAsia="Calibri" w:hAnsi="Sakkal Majalla" w:cs="Sakkal Majalla"/>
          <w:b/>
          <w:bCs/>
          <w:color w:val="auto"/>
          <w:sz w:val="28"/>
          <w:szCs w:val="28"/>
          <w:rtl/>
          <w:lang w:val="en-US" w:eastAsia="en-US" w:bidi="ar-SA"/>
        </w:rPr>
        <w:tab/>
      </w:r>
      <w:r>
        <w:rPr>
          <w:rFonts w:ascii="Sakkal Majalla" w:eastAsia="Calibri" w:hAnsi="Sakkal Majalla" w:cs="Sakkal Majalla"/>
          <w:b/>
          <w:bCs/>
          <w:color w:val="auto"/>
          <w:sz w:val="28"/>
          <w:szCs w:val="28"/>
          <w:rtl/>
          <w:lang w:val="en-US" w:eastAsia="en-US" w:bidi="ar-SA"/>
        </w:rPr>
        <w:tab/>
      </w:r>
      <w:r>
        <w:rPr>
          <w:rFonts w:ascii="Sakkal Majalla" w:eastAsia="Calibri" w:hAnsi="Sakkal Majalla" w:cs="Sakkal Majalla"/>
          <w:b/>
          <w:bCs/>
          <w:color w:val="auto"/>
          <w:sz w:val="28"/>
          <w:szCs w:val="28"/>
          <w:rtl/>
          <w:lang w:val="en-US" w:eastAsia="en-US" w:bidi="ar-SA"/>
        </w:rPr>
        <w:tab/>
      </w:r>
      <w:r>
        <w:rPr>
          <w:rFonts w:ascii="Sakkal Majalla" w:eastAsia="Calibri" w:hAnsi="Sakkal Majalla" w:cs="Sakkal Majalla"/>
          <w:b/>
          <w:bCs/>
          <w:color w:val="auto"/>
          <w:sz w:val="28"/>
          <w:szCs w:val="28"/>
          <w:rtl/>
          <w:lang w:val="en-US" w:eastAsia="en-US" w:bidi="ar-SA"/>
        </w:rPr>
        <w:tab/>
      </w:r>
      <w:r>
        <w:rPr>
          <w:rFonts w:ascii="Sakkal Majalla" w:eastAsia="Calibri" w:hAnsi="Sakkal Majalla" w:cs="Sakkal Majalla"/>
          <w:b/>
          <w:bCs/>
          <w:color w:val="auto"/>
          <w:sz w:val="28"/>
          <w:szCs w:val="28"/>
          <w:rtl/>
          <w:lang w:val="en-US" w:eastAsia="en-US" w:bidi="ar-SA"/>
        </w:rPr>
        <w:tab/>
      </w:r>
      <w:r>
        <w:rPr>
          <w:rFonts w:ascii="Sakkal Majalla" w:eastAsia="Calibri" w:hAnsi="Sakkal Majalla" w:cs="Sakkal Majalla"/>
          <w:b/>
          <w:bCs/>
          <w:color w:val="auto"/>
          <w:sz w:val="28"/>
          <w:szCs w:val="28"/>
          <w:rtl/>
          <w:lang w:val="en-US" w:eastAsia="en-US" w:bidi="ar-SA"/>
        </w:rPr>
        <w:tab/>
      </w:r>
      <w:r>
        <w:rPr>
          <w:rFonts w:ascii="Sakkal Majalla" w:eastAsia="Calibri" w:hAnsi="Sakkal Majalla" w:cs="Sakkal Majalla"/>
          <w:b/>
          <w:bCs/>
          <w:color w:val="auto"/>
          <w:sz w:val="28"/>
          <w:szCs w:val="28"/>
          <w:rtl/>
          <w:lang w:val="en-US" w:eastAsia="en-US" w:bidi="ar-SA"/>
        </w:rPr>
        <w:tab/>
      </w:r>
      <w:r>
        <w:rPr>
          <w:rFonts w:ascii="Sakkal Majalla" w:eastAsia="Calibri" w:hAnsi="Sakkal Majalla" w:cs="Sakkal Majalla" w:hint="cs"/>
          <w:b/>
          <w:bCs/>
          <w:color w:val="auto"/>
          <w:sz w:val="28"/>
          <w:szCs w:val="28"/>
          <w:rtl/>
          <w:lang w:val="en-US" w:eastAsia="en-US" w:bidi="ar-SA"/>
        </w:rPr>
        <w:t>بالتوفيق للجيع...</w:t>
      </w:r>
    </w:p>
    <w:sectPr w:rsidSect="00372348">
      <w:pgSz w:w="11907" w:h="16443" w:code="9"/>
      <w:pgMar w:top="709" w:right="707" w:bottom="709" w:left="1134" w:header="0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-webkit-standard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uez One">
    <w:altName w:val="Suez One"/>
    <w:charset w:val="B1"/>
    <w:family w:val="auto"/>
    <w:pitch w:val="variable"/>
    <w:sig w:usb0="00000807" w:usb1="40000000" w:usb2="00000000" w:usb3="00000000" w:csb0="000000B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12FA" w14:paraId="6461011F" w14:textId="3DEF1011">
    <w:pPr>
      <w:pStyle w:val="Footer"/>
      <w:bidi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14:paraId="73A93DF2" w14:textId="77777777">
    <w:pPr>
      <w:rPr>
        <w:vanish/>
        <w:sz w:val="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0A6411F"/>
    <w:multiLevelType w:val="hybridMultilevel"/>
    <w:tmpl w:val="EA1A9EC2"/>
    <w:lvl w:ilvl="0">
      <w:start w:val="1"/>
      <w:numFmt w:val="decimal"/>
      <w:lvlText w:val="%1-"/>
      <w:lvlJc w:val="left"/>
      <w:pPr>
        <w:ind w:left="9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60" w:hanging="360"/>
      </w:pPr>
    </w:lvl>
    <w:lvl w:ilvl="2" w:tentative="1">
      <w:start w:val="1"/>
      <w:numFmt w:val="lowerRoman"/>
      <w:lvlText w:val="%3."/>
      <w:lvlJc w:val="right"/>
      <w:pPr>
        <w:ind w:left="2380" w:hanging="180"/>
      </w:pPr>
    </w:lvl>
    <w:lvl w:ilvl="3" w:tentative="1">
      <w:start w:val="1"/>
      <w:numFmt w:val="decimal"/>
      <w:lvlText w:val="%4."/>
      <w:lvlJc w:val="left"/>
      <w:pPr>
        <w:ind w:left="3100" w:hanging="360"/>
      </w:pPr>
    </w:lvl>
    <w:lvl w:ilvl="4" w:tentative="1">
      <w:start w:val="1"/>
      <w:numFmt w:val="lowerLetter"/>
      <w:lvlText w:val="%5."/>
      <w:lvlJc w:val="left"/>
      <w:pPr>
        <w:ind w:left="3820" w:hanging="360"/>
      </w:pPr>
    </w:lvl>
    <w:lvl w:ilvl="5" w:tentative="1">
      <w:start w:val="1"/>
      <w:numFmt w:val="lowerRoman"/>
      <w:lvlText w:val="%6."/>
      <w:lvlJc w:val="right"/>
      <w:pPr>
        <w:ind w:left="4540" w:hanging="180"/>
      </w:pPr>
    </w:lvl>
    <w:lvl w:ilvl="6" w:tentative="1">
      <w:start w:val="1"/>
      <w:numFmt w:val="decimal"/>
      <w:lvlText w:val="%7."/>
      <w:lvlJc w:val="left"/>
      <w:pPr>
        <w:ind w:left="5260" w:hanging="360"/>
      </w:pPr>
    </w:lvl>
    <w:lvl w:ilvl="7" w:tentative="1">
      <w:start w:val="1"/>
      <w:numFmt w:val="lowerLetter"/>
      <w:lvlText w:val="%8."/>
      <w:lvlJc w:val="left"/>
      <w:pPr>
        <w:ind w:left="5980" w:hanging="360"/>
      </w:pPr>
    </w:lvl>
    <w:lvl w:ilvl="8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0" w15:restartNumberingAfterBreak="0">
    <w:nsid w:val="66300D44"/>
    <w:multiLevelType w:val="hybridMultilevel"/>
    <w:tmpl w:val="738E8342"/>
    <w:lvl w:ilvl="0">
      <w:start w:val="1"/>
      <w:numFmt w:val="decimal"/>
      <w:lvlText w:val="%1-"/>
      <w:lvlJc w:val="left"/>
      <w:pPr>
        <w:ind w:left="50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26" w:hanging="360"/>
      </w:pPr>
    </w:lvl>
    <w:lvl w:ilvl="2" w:tentative="1">
      <w:start w:val="1"/>
      <w:numFmt w:val="lowerRoman"/>
      <w:lvlText w:val="%3."/>
      <w:lvlJc w:val="right"/>
      <w:pPr>
        <w:ind w:left="1946" w:hanging="180"/>
      </w:pPr>
    </w:lvl>
    <w:lvl w:ilvl="3" w:tentative="1">
      <w:start w:val="1"/>
      <w:numFmt w:val="decimal"/>
      <w:lvlText w:val="%4."/>
      <w:lvlJc w:val="left"/>
      <w:pPr>
        <w:ind w:left="2666" w:hanging="360"/>
      </w:pPr>
    </w:lvl>
    <w:lvl w:ilvl="4" w:tentative="1">
      <w:start w:val="1"/>
      <w:numFmt w:val="lowerLetter"/>
      <w:lvlText w:val="%5."/>
      <w:lvlJc w:val="left"/>
      <w:pPr>
        <w:ind w:left="3386" w:hanging="360"/>
      </w:pPr>
    </w:lvl>
    <w:lvl w:ilvl="5" w:tentative="1">
      <w:start w:val="1"/>
      <w:numFmt w:val="lowerRoman"/>
      <w:lvlText w:val="%6."/>
      <w:lvlJc w:val="right"/>
      <w:pPr>
        <w:ind w:left="4106" w:hanging="180"/>
      </w:pPr>
    </w:lvl>
    <w:lvl w:ilvl="6" w:tentative="1">
      <w:start w:val="1"/>
      <w:numFmt w:val="decimal"/>
      <w:lvlText w:val="%7."/>
      <w:lvlJc w:val="left"/>
      <w:pPr>
        <w:ind w:left="4826" w:hanging="360"/>
      </w:pPr>
    </w:lvl>
    <w:lvl w:ilvl="7" w:tentative="1">
      <w:start w:val="1"/>
      <w:numFmt w:val="lowerLetter"/>
      <w:lvlText w:val="%8."/>
      <w:lvlJc w:val="left"/>
      <w:pPr>
        <w:ind w:left="5546" w:hanging="360"/>
      </w:pPr>
    </w:lvl>
    <w:lvl w:ilvl="8" w:tentative="1">
      <w:start w:val="1"/>
      <w:numFmt w:val="lowerRoman"/>
      <w:lvlText w:val="%9."/>
      <w:lvlJc w:val="right"/>
      <w:pPr>
        <w:ind w:left="6266" w:hanging="180"/>
      </w:pPr>
    </w:lvl>
  </w:abstractNum>
  <w:num w:numId="1" w16cid:durableId="123541963">
    <w:abstractNumId w:val="8"/>
  </w:num>
  <w:num w:numId="2" w16cid:durableId="461968134">
    <w:abstractNumId w:val="6"/>
  </w:num>
  <w:num w:numId="3" w16cid:durableId="2078935687">
    <w:abstractNumId w:val="5"/>
  </w:num>
  <w:num w:numId="4" w16cid:durableId="1215771612">
    <w:abstractNumId w:val="4"/>
  </w:num>
  <w:num w:numId="5" w16cid:durableId="356467176">
    <w:abstractNumId w:val="7"/>
  </w:num>
  <w:num w:numId="6" w16cid:durableId="1409158076">
    <w:abstractNumId w:val="3"/>
  </w:num>
  <w:num w:numId="7" w16cid:durableId="786893491">
    <w:abstractNumId w:val="2"/>
  </w:num>
  <w:num w:numId="8" w16cid:durableId="1359164571">
    <w:abstractNumId w:val="1"/>
  </w:num>
  <w:num w:numId="9" w16cid:durableId="1100180247">
    <w:abstractNumId w:val="0"/>
  </w:num>
  <w:num w:numId="10" w16cid:durableId="2089229059">
    <w:abstractNumId w:val="9"/>
  </w:num>
  <w:num w:numId="11" w16cid:durableId="17866094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D27"/>
    <w:rsid w:val="00034616"/>
    <w:rsid w:val="00052317"/>
    <w:rsid w:val="0006063C"/>
    <w:rsid w:val="00062112"/>
    <w:rsid w:val="00074190"/>
    <w:rsid w:val="00085790"/>
    <w:rsid w:val="000A0C57"/>
    <w:rsid w:val="000E16ED"/>
    <w:rsid w:val="0015074B"/>
    <w:rsid w:val="00157B85"/>
    <w:rsid w:val="00191A2C"/>
    <w:rsid w:val="00197F66"/>
    <w:rsid w:val="0021620A"/>
    <w:rsid w:val="00225F82"/>
    <w:rsid w:val="00251F65"/>
    <w:rsid w:val="00262B9A"/>
    <w:rsid w:val="0026712A"/>
    <w:rsid w:val="002724AC"/>
    <w:rsid w:val="00276DEC"/>
    <w:rsid w:val="0029639D"/>
    <w:rsid w:val="002F05F9"/>
    <w:rsid w:val="002F2AAC"/>
    <w:rsid w:val="003034DA"/>
    <w:rsid w:val="00312DFF"/>
    <w:rsid w:val="0031539A"/>
    <w:rsid w:val="00326F90"/>
    <w:rsid w:val="0034014A"/>
    <w:rsid w:val="00363E76"/>
    <w:rsid w:val="00372348"/>
    <w:rsid w:val="003B2B49"/>
    <w:rsid w:val="003B49BC"/>
    <w:rsid w:val="003E083E"/>
    <w:rsid w:val="003E7EAA"/>
    <w:rsid w:val="00427BE2"/>
    <w:rsid w:val="00436CCE"/>
    <w:rsid w:val="00496865"/>
    <w:rsid w:val="0051114A"/>
    <w:rsid w:val="005158DF"/>
    <w:rsid w:val="00555E8F"/>
    <w:rsid w:val="005568EB"/>
    <w:rsid w:val="0064217D"/>
    <w:rsid w:val="00646188"/>
    <w:rsid w:val="00686375"/>
    <w:rsid w:val="006C5337"/>
    <w:rsid w:val="00704200"/>
    <w:rsid w:val="007A2362"/>
    <w:rsid w:val="007A4985"/>
    <w:rsid w:val="00947A1E"/>
    <w:rsid w:val="00972976"/>
    <w:rsid w:val="0098095E"/>
    <w:rsid w:val="00986105"/>
    <w:rsid w:val="009C0FE0"/>
    <w:rsid w:val="00A569F4"/>
    <w:rsid w:val="00A832EA"/>
    <w:rsid w:val="00A9097D"/>
    <w:rsid w:val="00A94B3C"/>
    <w:rsid w:val="00AA08EE"/>
    <w:rsid w:val="00AA1D8D"/>
    <w:rsid w:val="00AA550E"/>
    <w:rsid w:val="00AB3534"/>
    <w:rsid w:val="00AC2654"/>
    <w:rsid w:val="00AE0F62"/>
    <w:rsid w:val="00B07029"/>
    <w:rsid w:val="00B148CD"/>
    <w:rsid w:val="00B22CDC"/>
    <w:rsid w:val="00B24CAF"/>
    <w:rsid w:val="00B26CEA"/>
    <w:rsid w:val="00B37E45"/>
    <w:rsid w:val="00B47730"/>
    <w:rsid w:val="00B7374B"/>
    <w:rsid w:val="00BA12A2"/>
    <w:rsid w:val="00BE2889"/>
    <w:rsid w:val="00CA177E"/>
    <w:rsid w:val="00CB0664"/>
    <w:rsid w:val="00CE575E"/>
    <w:rsid w:val="00CF5E35"/>
    <w:rsid w:val="00D05F58"/>
    <w:rsid w:val="00D07242"/>
    <w:rsid w:val="00D268EC"/>
    <w:rsid w:val="00D4284D"/>
    <w:rsid w:val="00D45733"/>
    <w:rsid w:val="00D9623E"/>
    <w:rsid w:val="00DC0336"/>
    <w:rsid w:val="00DE7D53"/>
    <w:rsid w:val="00E178FC"/>
    <w:rsid w:val="00E26696"/>
    <w:rsid w:val="00E574C0"/>
    <w:rsid w:val="00E7611B"/>
    <w:rsid w:val="00ED12FA"/>
    <w:rsid w:val="00F3333D"/>
    <w:rsid w:val="00F3493B"/>
    <w:rsid w:val="00F51330"/>
    <w:rsid w:val="00F77175"/>
    <w:rsid w:val="00F96020"/>
    <w:rsid w:val="00FC693F"/>
    <w:rsid w:val="00FD4515"/>
    <w:rsid w:val="00FD70EE"/>
    <w:rsid w:val="00FE4AE8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3C2CA195"/>
  <w15:docId w15:val="{E018B9E7-6C43-4555-A58A-39F8F0FDD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000000"/>
    </w:rPr>
  </w:style>
  <w:style w:type="paragraph" w:styleId="Heading1">
    <w:name w:val="heading 1"/>
    <w:basedOn w:val="Normal"/>
    <w:next w:val="Normal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DefaultParagraphFont"/>
    <w:link w:val="Header"/>
    <w:uiPriority w:val="99"/>
    <w:rsid w:val="00E618BF"/>
    <w:rPr>
      <w:rFonts w:ascii="Arial" w:hAnsi="Arial"/>
      <w:color w:val="000000"/>
    </w:rPr>
  </w:style>
  <w:style w:type="paragraph" w:styleId="Footer">
    <w:name w:val="footer"/>
    <w:basedOn w:val="Normal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DefaultParagraphFont"/>
    <w:link w:val="Footer"/>
    <w:uiPriority w:val="99"/>
    <w:rsid w:val="00E618BF"/>
    <w:rPr>
      <w:rFonts w:ascii="Arial" w:hAnsi="Arial"/>
      <w:color w:val="000000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1Char">
    <w:name w:val="العنوان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2Char">
    <w:name w:val="عنوان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3Char">
    <w:name w:val="عنوان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Char1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Char1">
    <w:name w:val="العنوان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Char2">
    <w:name w:val="عنوان فرعي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Char3"/>
    <w:uiPriority w:val="99"/>
    <w:unhideWhenUsed/>
    <w:rsid w:val="00AA1D8D"/>
    <w:pPr>
      <w:spacing w:after="120"/>
    </w:pPr>
  </w:style>
  <w:style w:type="character" w:customStyle="1" w:styleId="Char3">
    <w:name w:val="نص أساسي Char"/>
    <w:basedOn w:val="DefaultParagraphFont"/>
    <w:link w:val="BodyText"/>
    <w:uiPriority w:val="99"/>
    <w:rsid w:val="00AA1D8D"/>
    <w:rPr>
      <w:rFonts w:ascii="Arial" w:hAnsi="Arial"/>
      <w:color w:val="000000"/>
    </w:rPr>
  </w:style>
  <w:style w:type="paragraph" w:styleId="BodyText2">
    <w:name w:val="Body Text 2"/>
    <w:basedOn w:val="Normal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نص أساسي 2 Char"/>
    <w:basedOn w:val="DefaultParagraphFont"/>
    <w:link w:val="BodyText2"/>
    <w:uiPriority w:val="99"/>
    <w:rsid w:val="00AA1D8D"/>
    <w:rPr>
      <w:rFonts w:ascii="Arial" w:hAnsi="Arial"/>
      <w:color w:val="000000"/>
    </w:rPr>
  </w:style>
  <w:style w:type="paragraph" w:styleId="BodyText3">
    <w:name w:val="Body Text 3"/>
    <w:basedOn w:val="Normal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نص أساسي 3 Char"/>
    <w:basedOn w:val="DefaultParagraphFont"/>
    <w:link w:val="BodyText3"/>
    <w:uiPriority w:val="99"/>
    <w:rsid w:val="00AA1D8D"/>
    <w:rPr>
      <w:rFonts w:ascii="Arial" w:hAnsi="Arial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Char4">
    <w:name w:val="نص ماكرو Char"/>
    <w:basedOn w:val="DefaultParagraphFont"/>
    <w:link w:val="MacroText"/>
    <w:uiPriority w:val="99"/>
    <w:rsid w:val="0029639D"/>
    <w:rPr>
      <w:rFonts w:ascii="Arial" w:hAnsi="Arial"/>
      <w:color w:val="000000"/>
      <w:sz w:val="20"/>
      <w:szCs w:val="20"/>
    </w:rPr>
  </w:style>
  <w:style w:type="paragraph" w:styleId="Quote">
    <w:name w:val="Quote"/>
    <w:basedOn w:val="Normal"/>
    <w:next w:val="Normal"/>
    <w:link w:val="Char5"/>
    <w:uiPriority w:val="29"/>
    <w:qFormat/>
    <w:rsid w:val="00FC693F"/>
    <w:rPr>
      <w:i/>
      <w:iCs/>
    </w:rPr>
  </w:style>
  <w:style w:type="character" w:customStyle="1" w:styleId="Char5">
    <w:name w:val="اقتباس Char"/>
    <w:basedOn w:val="DefaultParagraphFont"/>
    <w:link w:val="Quote"/>
    <w:uiPriority w:val="29"/>
    <w:rsid w:val="00FC693F"/>
    <w:rPr>
      <w:rFonts w:ascii="Arial" w:hAnsi="Arial"/>
      <w:i/>
      <w:iCs/>
      <w:color w:val="000000"/>
    </w:rPr>
  </w:style>
  <w:style w:type="character" w:customStyle="1" w:styleId="4Char">
    <w:name w:val="عنوان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5Char">
    <w:name w:val="عنوان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6Char">
    <w:name w:val="عنوان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7Char">
    <w:name w:val="عنوان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Char">
    <w:name w:val="عنوان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Char">
    <w:name w:val="عنوان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000000"/>
    </w:rPr>
  </w:style>
  <w:style w:type="paragraph" w:styleId="IntenseQuote">
    <w:name w:val="Intense Quote"/>
    <w:basedOn w:val="Normal"/>
    <w:next w:val="Normal"/>
    <w:link w:val="Char6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Char6">
    <w:name w:val="اقتباس مكثف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Grid0">
    <w:name w:val="Table Grid_0"/>
    <w:basedOn w:val="TableNormal"/>
    <w:uiPriority w:val="39"/>
    <w:rsid w:val="00B0702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9">
    <w:name w:val="s9"/>
    <w:basedOn w:val="DefaultParagraphFont"/>
    <w:rsid w:val="00646188"/>
  </w:style>
  <w:style w:type="character" w:customStyle="1" w:styleId="apple-converted-space">
    <w:name w:val="apple-converted-space"/>
    <w:basedOn w:val="DefaultParagraphFont"/>
    <w:rsid w:val="00646188"/>
  </w:style>
  <w:style w:type="table" w:customStyle="1" w:styleId="TableGrid00">
    <w:name w:val="Table Grid_0_0"/>
    <w:basedOn w:val="TableNormal"/>
    <w:uiPriority w:val="39"/>
    <w:rsid w:val="00372348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t.me/mharat7eatiah" TargetMode="Externa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B M</cp:lastModifiedBy>
  <cp:revision>4</cp:revision>
  <cp:lastPrinted>2026-10-05T18:54:00Z</cp:lastPrinted>
  <dcterms:created xsi:type="dcterms:W3CDTF">2026-10-05T06:47:00Z</dcterms:created>
  <dcterms:modified xsi:type="dcterms:W3CDTF">2026-10-05T18:54:00Z</dcterms:modified>
</cp:coreProperties>
</file>